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B83E7B" w14:textId="77777777" w:rsidR="006C05D7" w:rsidRDefault="006C05D7">
      <w:pPr>
        <w:spacing w:after="40"/>
        <w:jc w:val="center"/>
        <w:rPr>
          <w:b/>
          <w:color w:val="000000"/>
          <w:sz w:val="30"/>
          <w:lang w:val="ru-RU"/>
        </w:rPr>
      </w:pPr>
    </w:p>
    <w:p w14:paraId="0C1AA036" w14:textId="2A80D6AC" w:rsidR="00B561CA" w:rsidRPr="00E41528" w:rsidRDefault="007F4A74">
      <w:pPr>
        <w:spacing w:after="40"/>
        <w:jc w:val="center"/>
        <w:rPr>
          <w:lang w:val="ru-RU"/>
        </w:rPr>
      </w:pPr>
      <w:r w:rsidRPr="00E41528">
        <w:rPr>
          <w:b/>
          <w:color w:val="000000"/>
          <w:sz w:val="30"/>
          <w:lang w:val="ru-RU"/>
        </w:rPr>
        <w:t>ПУБЛИЧН</w:t>
      </w:r>
      <w:r w:rsidR="006C05D7" w:rsidRPr="00E41528">
        <w:rPr>
          <w:b/>
          <w:color w:val="000000"/>
          <w:sz w:val="30"/>
          <w:lang w:val="ru-RU"/>
        </w:rPr>
        <w:t>АЯ</w:t>
      </w:r>
      <w:r w:rsidRPr="00E41528">
        <w:rPr>
          <w:b/>
          <w:color w:val="000000"/>
          <w:sz w:val="30"/>
          <w:lang w:val="ru-RU"/>
        </w:rPr>
        <w:t xml:space="preserve"> ОФЕРТ</w:t>
      </w:r>
      <w:r w:rsidR="006C05D7" w:rsidRPr="00E41528">
        <w:rPr>
          <w:b/>
          <w:color w:val="000000"/>
          <w:sz w:val="30"/>
          <w:lang w:val="ru-RU"/>
        </w:rPr>
        <w:t>А (ПРЕДЛОЖЕНИЕ)</w:t>
      </w:r>
    </w:p>
    <w:p w14:paraId="7480F02F" w14:textId="0E1C24BC" w:rsidR="00B561CA" w:rsidRPr="00E41528" w:rsidRDefault="002E3AA6">
      <w:pPr>
        <w:jc w:val="center"/>
        <w:rPr>
          <w:lang w:val="ru-RU"/>
        </w:rPr>
      </w:pPr>
      <w:r w:rsidRPr="00E41528">
        <w:rPr>
          <w:b/>
          <w:color w:val="000000"/>
          <w:sz w:val="26"/>
          <w:lang w:val="ru-RU"/>
        </w:rPr>
        <w:t xml:space="preserve">о заключении договора </w:t>
      </w:r>
      <w:r w:rsidR="007F4A74" w:rsidRPr="00E41528">
        <w:rPr>
          <w:b/>
          <w:color w:val="000000"/>
          <w:sz w:val="26"/>
          <w:lang w:val="ru-RU"/>
        </w:rPr>
        <w:t xml:space="preserve">на оказание </w:t>
      </w:r>
      <w:r w:rsidR="00611154">
        <w:rPr>
          <w:b/>
          <w:color w:val="000000"/>
          <w:sz w:val="26"/>
          <w:lang w:val="ru-RU"/>
        </w:rPr>
        <w:t>услуг</w:t>
      </w:r>
      <w:r w:rsidR="007F4A74" w:rsidRPr="00E41528">
        <w:rPr>
          <w:b/>
          <w:color w:val="000000"/>
          <w:sz w:val="26"/>
          <w:lang w:val="ru-RU"/>
        </w:rPr>
        <w:t xml:space="preserve"> фулфилмента</w:t>
      </w:r>
      <w:r w:rsidR="00292D13" w:rsidRPr="00E41528">
        <w:rPr>
          <w:b/>
          <w:color w:val="000000"/>
          <w:sz w:val="26"/>
          <w:lang w:val="ru-RU"/>
        </w:rPr>
        <w:t xml:space="preserve"> с юридическим лицом</w:t>
      </w:r>
    </w:p>
    <w:tbl>
      <w:tblPr>
        <w:tblStyle w:val="af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53"/>
        <w:gridCol w:w="5546"/>
      </w:tblGrid>
      <w:tr w:rsidR="002E3AA6" w:rsidRPr="005D68D0" w14:paraId="3D2E6CA5" w14:textId="77777777" w:rsidTr="002E3AA6">
        <w:tc>
          <w:tcPr>
            <w:tcW w:w="4644" w:type="dxa"/>
          </w:tcPr>
          <w:p w14:paraId="213B5891" w14:textId="77777777" w:rsidR="002E3AA6" w:rsidRPr="00E41528" w:rsidRDefault="002E3AA6" w:rsidP="002E3AA6">
            <w:pPr>
              <w:spacing w:after="40"/>
              <w:rPr>
                <w:lang w:val="ru-RU"/>
              </w:rPr>
            </w:pPr>
            <w:r w:rsidRPr="00E41528">
              <w:rPr>
                <w:color w:val="000000"/>
                <w:lang w:val="ru-RU"/>
              </w:rPr>
              <w:t>г. Екатеринбург</w:t>
            </w:r>
          </w:p>
          <w:p w14:paraId="60FEE562" w14:textId="77777777" w:rsidR="002E3AA6" w:rsidRPr="00E41528" w:rsidRDefault="002E3AA6">
            <w:pPr>
              <w:spacing w:after="40"/>
              <w:jc w:val="center"/>
              <w:rPr>
                <w:color w:val="000000"/>
                <w:lang w:val="ru-RU"/>
              </w:rPr>
            </w:pPr>
          </w:p>
        </w:tc>
        <w:tc>
          <w:tcPr>
            <w:tcW w:w="5671" w:type="dxa"/>
          </w:tcPr>
          <w:p w14:paraId="4E8E0903" w14:textId="4A9FB6BA" w:rsidR="002E3AA6" w:rsidRPr="00E41528" w:rsidRDefault="002E3AA6" w:rsidP="002E3AA6">
            <w:pPr>
              <w:jc w:val="right"/>
              <w:rPr>
                <w:color w:val="000000"/>
                <w:lang w:val="ru-RU"/>
              </w:rPr>
            </w:pPr>
            <w:r w:rsidRPr="00E41528">
              <w:rPr>
                <w:color w:val="000000"/>
                <w:lang w:val="ru-RU"/>
              </w:rPr>
              <w:t>дата публикации текущей редакции: «</w:t>
            </w:r>
            <w:r w:rsidR="005D68D0" w:rsidRPr="005D68D0">
              <w:rPr>
                <w:color w:val="000000"/>
                <w:lang w:val="ru-RU"/>
              </w:rPr>
              <w:t>1</w:t>
            </w:r>
            <w:r w:rsidRPr="00E41528">
              <w:rPr>
                <w:color w:val="000000"/>
                <w:lang w:val="ru-RU"/>
              </w:rPr>
              <w:t xml:space="preserve">» </w:t>
            </w:r>
            <w:r w:rsidR="005D68D0">
              <w:rPr>
                <w:color w:val="000000"/>
                <w:lang w:val="ru-RU"/>
              </w:rPr>
              <w:t>октября</w:t>
            </w:r>
            <w:r w:rsidRPr="00E41528">
              <w:rPr>
                <w:color w:val="000000"/>
                <w:lang w:val="ru-RU"/>
              </w:rPr>
              <w:t xml:space="preserve"> 2026 г. </w:t>
            </w:r>
          </w:p>
          <w:p w14:paraId="2DB2BDF7" w14:textId="45C5599E" w:rsidR="002E3AA6" w:rsidRPr="00E41528" w:rsidRDefault="002E3AA6" w:rsidP="002E3AA6">
            <w:pPr>
              <w:spacing w:after="40"/>
              <w:jc w:val="right"/>
              <w:rPr>
                <w:color w:val="000000"/>
                <w:lang w:val="ru-RU"/>
              </w:rPr>
            </w:pPr>
            <w:r w:rsidRPr="00E41528">
              <w:rPr>
                <w:color w:val="000000"/>
                <w:lang w:val="ru-RU"/>
              </w:rPr>
              <w:t>дата вступления в силу: «</w:t>
            </w:r>
            <w:r w:rsidR="005D68D0">
              <w:rPr>
                <w:color w:val="000000"/>
                <w:lang w:val="ru-RU"/>
              </w:rPr>
              <w:t>14</w:t>
            </w:r>
            <w:r w:rsidRPr="00E41528">
              <w:rPr>
                <w:color w:val="000000"/>
                <w:lang w:val="ru-RU"/>
              </w:rPr>
              <w:t xml:space="preserve">» </w:t>
            </w:r>
            <w:r w:rsidR="005D68D0">
              <w:rPr>
                <w:color w:val="000000"/>
                <w:lang w:val="ru-RU"/>
              </w:rPr>
              <w:t>октября</w:t>
            </w:r>
            <w:r w:rsidRPr="00E41528">
              <w:rPr>
                <w:color w:val="000000"/>
                <w:lang w:val="ru-RU"/>
              </w:rPr>
              <w:t xml:space="preserve"> 2026 г.</w:t>
            </w:r>
          </w:p>
        </w:tc>
      </w:tr>
    </w:tbl>
    <w:p w14:paraId="5867389C" w14:textId="3EC45BE1" w:rsidR="00164BE6" w:rsidRPr="00E41528" w:rsidRDefault="00164BE6" w:rsidP="001A2757">
      <w:pPr>
        <w:spacing w:before="180" w:after="100"/>
        <w:ind w:firstLine="567"/>
        <w:rPr>
          <w:bCs/>
          <w:color w:val="000000"/>
          <w:lang w:val="ru-RU"/>
        </w:rPr>
      </w:pPr>
      <w:r w:rsidRPr="00E41528">
        <w:rPr>
          <w:bCs/>
          <w:color w:val="000000"/>
          <w:lang w:val="ru-RU"/>
        </w:rPr>
        <w:t>Индивидуальный предприниматель</w:t>
      </w:r>
      <w:r w:rsidR="00624526" w:rsidRPr="00E41528">
        <w:rPr>
          <w:lang w:val="ru-RU"/>
        </w:rPr>
        <w:t xml:space="preserve"> </w:t>
      </w:r>
      <w:r w:rsidR="00624526" w:rsidRPr="00E41528">
        <w:rPr>
          <w:bCs/>
          <w:color w:val="000000"/>
          <w:lang w:val="ru-RU"/>
        </w:rPr>
        <w:t>Порцева Екатерина Алексеевна</w:t>
      </w:r>
      <w:r w:rsidRPr="00E41528">
        <w:rPr>
          <w:bCs/>
          <w:color w:val="000000"/>
          <w:lang w:val="ru-RU"/>
        </w:rPr>
        <w:t xml:space="preserve">, ОГРНИП </w:t>
      </w:r>
      <w:r w:rsidR="00893B1E" w:rsidRPr="00E41528">
        <w:rPr>
          <w:bCs/>
          <w:color w:val="000000"/>
          <w:lang w:val="ru-RU"/>
        </w:rPr>
        <w:t>324665800024272</w:t>
      </w:r>
      <w:r w:rsidRPr="00E41528">
        <w:rPr>
          <w:bCs/>
          <w:color w:val="000000"/>
          <w:lang w:val="ru-RU"/>
        </w:rPr>
        <w:t xml:space="preserve">, ИНН </w:t>
      </w:r>
      <w:r w:rsidR="00893B1E" w:rsidRPr="00E41528">
        <w:rPr>
          <w:bCs/>
          <w:color w:val="000000"/>
          <w:lang w:val="ru-RU"/>
        </w:rPr>
        <w:t>665812196135</w:t>
      </w:r>
      <w:r w:rsidRPr="00E41528">
        <w:rPr>
          <w:bCs/>
          <w:color w:val="000000"/>
          <w:lang w:val="ru-RU"/>
        </w:rPr>
        <w:t>, именуем</w:t>
      </w:r>
      <w:r w:rsidR="00893B1E" w:rsidRPr="00E41528">
        <w:rPr>
          <w:bCs/>
          <w:color w:val="000000"/>
          <w:lang w:val="ru-RU"/>
        </w:rPr>
        <w:t>ая</w:t>
      </w:r>
      <w:r w:rsidRPr="00E41528">
        <w:rPr>
          <w:bCs/>
          <w:color w:val="000000"/>
          <w:lang w:val="ru-RU"/>
        </w:rPr>
        <w:t xml:space="preserve"> в дальнейшем «Исполнитель», предлагает заключить договор на оказание </w:t>
      </w:r>
      <w:r w:rsidR="00611154">
        <w:rPr>
          <w:bCs/>
          <w:color w:val="000000"/>
          <w:lang w:val="ru-RU"/>
        </w:rPr>
        <w:t>услуг</w:t>
      </w:r>
      <w:r w:rsidRPr="00E41528">
        <w:rPr>
          <w:bCs/>
          <w:color w:val="000000"/>
          <w:lang w:val="ru-RU"/>
        </w:rPr>
        <w:t xml:space="preserve"> </w:t>
      </w:r>
      <w:r w:rsidR="00E54582" w:rsidRPr="00E41528">
        <w:rPr>
          <w:bCs/>
          <w:color w:val="000000"/>
          <w:lang w:val="ru-RU"/>
        </w:rPr>
        <w:t>фулфилмента</w:t>
      </w:r>
      <w:r w:rsidR="00292D13" w:rsidRPr="00E41528">
        <w:rPr>
          <w:bCs/>
          <w:color w:val="000000"/>
          <w:lang w:val="ru-RU"/>
        </w:rPr>
        <w:t xml:space="preserve"> </w:t>
      </w:r>
      <w:r w:rsidRPr="00E41528">
        <w:rPr>
          <w:bCs/>
          <w:color w:val="000000"/>
          <w:lang w:val="ru-RU"/>
        </w:rPr>
        <w:t xml:space="preserve">(далее – Договор) посредством совершения акцепта Оферты. </w:t>
      </w:r>
    </w:p>
    <w:p w14:paraId="0AF3ADF0" w14:textId="3EBB8F09" w:rsidR="00164BE6" w:rsidRPr="00E41528" w:rsidRDefault="00164BE6" w:rsidP="001A2757">
      <w:pPr>
        <w:spacing w:before="180" w:after="100"/>
        <w:ind w:firstLine="567"/>
        <w:rPr>
          <w:bCs/>
          <w:color w:val="000000"/>
          <w:lang w:val="ru-RU"/>
        </w:rPr>
      </w:pPr>
      <w:r w:rsidRPr="00E41528">
        <w:rPr>
          <w:bCs/>
          <w:color w:val="000000"/>
          <w:lang w:val="ru-RU"/>
        </w:rPr>
        <w:t>В соответствии с пунктом 2 статьи 437 Гражданского Кодекса Российской Федерации (</w:t>
      </w:r>
      <w:r w:rsidR="001A2757" w:rsidRPr="00E41528">
        <w:rPr>
          <w:bCs/>
          <w:color w:val="000000"/>
          <w:lang w:val="ru-RU"/>
        </w:rPr>
        <w:t xml:space="preserve">далее – </w:t>
      </w:r>
      <w:r w:rsidRPr="00E41528">
        <w:rPr>
          <w:bCs/>
          <w:color w:val="000000"/>
          <w:lang w:val="ru-RU"/>
        </w:rPr>
        <w:t xml:space="preserve">ГК РФ) в случае принятия изложенных ниже условий и совершения акцепта, лицо, производящее акцепт Оферты, становится Заказчиком (в соответствии с пунктом 3 статьи 438 ГК РФ акцепт оферты равносилен заключению договора на условиях, изложенных в оферте). </w:t>
      </w:r>
    </w:p>
    <w:p w14:paraId="41648DEE" w14:textId="77777777" w:rsidR="00164BE6" w:rsidRPr="00E41528" w:rsidRDefault="00164BE6" w:rsidP="001A2757">
      <w:pPr>
        <w:spacing w:before="180" w:after="100"/>
        <w:ind w:firstLine="567"/>
        <w:rPr>
          <w:bCs/>
          <w:color w:val="000000"/>
          <w:lang w:val="ru-RU"/>
        </w:rPr>
      </w:pPr>
      <w:r w:rsidRPr="00E41528">
        <w:rPr>
          <w:bCs/>
          <w:color w:val="000000"/>
          <w:lang w:val="ru-RU"/>
        </w:rPr>
        <w:t>В связи с вышеуказанным, внимательно прочитайте текст данной Оферты и, если вы не согласны с каким-либо пунктом Оферты, Исполнитель предлагает вам отказаться от совершения каких-либо действий, необходимых для акцепта. Заключить Договор можно только при полном согласии с условиями оферты. Частичное принятие условий оферты не допускается.</w:t>
      </w:r>
    </w:p>
    <w:p w14:paraId="09A118A0" w14:textId="36C3DD49" w:rsidR="00164BE6" w:rsidRPr="00E41528" w:rsidRDefault="00164BE6" w:rsidP="001A2757">
      <w:pPr>
        <w:spacing w:before="180" w:after="100"/>
        <w:ind w:firstLine="567"/>
        <w:rPr>
          <w:bCs/>
          <w:color w:val="000000"/>
          <w:lang w:val="ru-RU"/>
        </w:rPr>
      </w:pPr>
      <w:r w:rsidRPr="00E41528">
        <w:rPr>
          <w:bCs/>
          <w:color w:val="000000"/>
          <w:lang w:val="ru-RU"/>
        </w:rPr>
        <w:t xml:space="preserve">Оферта размещена на сайте Исполнителя (далее </w:t>
      </w:r>
      <w:r w:rsidR="00E54582" w:rsidRPr="00E41528">
        <w:rPr>
          <w:bCs/>
          <w:color w:val="000000"/>
          <w:lang w:val="ru-RU"/>
        </w:rPr>
        <w:t>–</w:t>
      </w:r>
      <w:r w:rsidRPr="00E41528">
        <w:rPr>
          <w:bCs/>
          <w:color w:val="000000"/>
          <w:lang w:val="ru-RU"/>
        </w:rPr>
        <w:t xml:space="preserve"> Сайт): </w:t>
      </w:r>
      <w:r w:rsidR="005371F5" w:rsidRPr="005371F5">
        <w:rPr>
          <w:bCs/>
          <w:color w:val="FF0000"/>
          <w:u w:val="single"/>
          <w:lang w:val="ru-RU"/>
        </w:rPr>
        <w:t>https://</w:t>
      </w:r>
      <w:r w:rsidR="005371F5">
        <w:rPr>
          <w:bCs/>
          <w:color w:val="FF0000"/>
          <w:u w:val="single"/>
        </w:rPr>
        <w:t>offpost</w:t>
      </w:r>
      <w:r w:rsidR="005371F5" w:rsidRPr="005371F5">
        <w:rPr>
          <w:bCs/>
          <w:color w:val="FF0000"/>
          <w:u w:val="single"/>
          <w:lang w:val="ru-RU"/>
        </w:rPr>
        <w:t>.</w:t>
      </w:r>
      <w:r w:rsidR="005371F5">
        <w:rPr>
          <w:bCs/>
          <w:color w:val="FF0000"/>
          <w:u w:val="single"/>
        </w:rPr>
        <w:t>ru</w:t>
      </w:r>
      <w:r w:rsidR="005371F5" w:rsidRPr="005371F5">
        <w:rPr>
          <w:bCs/>
          <w:color w:val="FF0000"/>
          <w:u w:val="single"/>
          <w:lang w:val="ru-RU"/>
        </w:rPr>
        <w:t>/oferta_fullspace_nonds.docx</w:t>
      </w:r>
    </w:p>
    <w:p w14:paraId="196FA09A" w14:textId="7C5951B9" w:rsidR="00B561CA" w:rsidRPr="00E41528" w:rsidRDefault="007F4A74">
      <w:pPr>
        <w:spacing w:before="180" w:after="100"/>
        <w:rPr>
          <w:lang w:val="ru-RU"/>
        </w:rPr>
      </w:pPr>
      <w:r w:rsidRPr="00E41528">
        <w:rPr>
          <w:b/>
          <w:color w:val="000000"/>
          <w:sz w:val="26"/>
          <w:lang w:val="ru-RU"/>
        </w:rPr>
        <w:t>1. ОБЩИЕ ПОЛОЖЕНИЯ И АКЦЕПТ ОФЕРТЫ</w:t>
      </w:r>
    </w:p>
    <w:p w14:paraId="5494DF19" w14:textId="6EB29531" w:rsidR="00E00471" w:rsidRPr="00E41528" w:rsidRDefault="00E00471" w:rsidP="00E00471">
      <w:pPr>
        <w:spacing w:after="80"/>
        <w:rPr>
          <w:color w:val="000000"/>
          <w:lang w:val="ru-RU"/>
        </w:rPr>
      </w:pPr>
      <w:r w:rsidRPr="00E41528">
        <w:rPr>
          <w:color w:val="000000"/>
          <w:lang w:val="ru-RU"/>
        </w:rPr>
        <w:t>1.1.</w:t>
      </w:r>
      <w:r w:rsidRPr="00E41528">
        <w:rPr>
          <w:color w:val="000000"/>
          <w:lang w:val="ru-RU"/>
        </w:rPr>
        <w:tab/>
        <w:t xml:space="preserve">Надлежащим акцептом Оферты в соответствии со ст. 438 ГК РФ считается осуществление Заказчиком после ознакомления с условиями </w:t>
      </w:r>
      <w:r w:rsidR="00E41528">
        <w:rPr>
          <w:color w:val="000000"/>
          <w:lang w:val="ru-RU"/>
        </w:rPr>
        <w:t>Оферты о</w:t>
      </w:r>
      <w:r w:rsidRPr="00E41528">
        <w:rPr>
          <w:color w:val="000000"/>
          <w:lang w:val="ru-RU"/>
        </w:rPr>
        <w:t>дного из нижеперечисленных действий:</w:t>
      </w:r>
    </w:p>
    <w:p w14:paraId="45932F03" w14:textId="6E21D379" w:rsidR="00E00471" w:rsidRPr="00E41528" w:rsidRDefault="00E00471" w:rsidP="00E00471">
      <w:pPr>
        <w:spacing w:after="80"/>
        <w:rPr>
          <w:lang w:val="ru-RU"/>
        </w:rPr>
      </w:pPr>
      <w:r w:rsidRPr="00E41528">
        <w:rPr>
          <w:color w:val="000000"/>
          <w:lang w:val="ru-RU"/>
        </w:rPr>
        <w:t>- передача товара на склад Исполнителя;</w:t>
      </w:r>
    </w:p>
    <w:p w14:paraId="3A7F5D3B" w14:textId="0ACB49F9" w:rsidR="00E00471" w:rsidRPr="00E41528" w:rsidRDefault="00E00471" w:rsidP="00E00471">
      <w:pPr>
        <w:spacing w:after="80"/>
        <w:rPr>
          <w:lang w:val="ru-RU"/>
        </w:rPr>
      </w:pPr>
      <w:r w:rsidRPr="00E41528">
        <w:rPr>
          <w:color w:val="000000"/>
          <w:lang w:val="ru-RU"/>
        </w:rPr>
        <w:t xml:space="preserve">- направление Исполнителю заявки на оказание </w:t>
      </w:r>
      <w:r w:rsidR="00611154">
        <w:rPr>
          <w:color w:val="000000"/>
          <w:lang w:val="ru-RU"/>
        </w:rPr>
        <w:t>услуг</w:t>
      </w:r>
      <w:r w:rsidRPr="00E41528">
        <w:rPr>
          <w:color w:val="000000"/>
          <w:lang w:val="ru-RU"/>
        </w:rPr>
        <w:t>;</w:t>
      </w:r>
    </w:p>
    <w:p w14:paraId="432883CA" w14:textId="6608698B" w:rsidR="00E00471" w:rsidRPr="00E41528" w:rsidRDefault="00E00471" w:rsidP="00E00471">
      <w:pPr>
        <w:spacing w:after="80"/>
        <w:rPr>
          <w:lang w:val="ru-RU"/>
        </w:rPr>
      </w:pPr>
      <w:r w:rsidRPr="00E41528">
        <w:rPr>
          <w:color w:val="000000"/>
          <w:lang w:val="ru-RU"/>
        </w:rPr>
        <w:t>- оплата счета Исполнителя;</w:t>
      </w:r>
    </w:p>
    <w:p w14:paraId="0454B0AE" w14:textId="6F350026" w:rsidR="00E00471" w:rsidRPr="00E41528" w:rsidRDefault="00E00471" w:rsidP="00E00471">
      <w:pPr>
        <w:spacing w:after="80"/>
        <w:rPr>
          <w:lang w:val="ru-RU"/>
        </w:rPr>
      </w:pPr>
      <w:r w:rsidRPr="00E41528">
        <w:rPr>
          <w:color w:val="000000"/>
          <w:lang w:val="ru-RU"/>
        </w:rPr>
        <w:t xml:space="preserve">- заказ </w:t>
      </w:r>
      <w:r w:rsidR="00611154">
        <w:rPr>
          <w:color w:val="000000"/>
          <w:lang w:val="ru-RU"/>
        </w:rPr>
        <w:t>услуг</w:t>
      </w:r>
      <w:r w:rsidRPr="00E41528">
        <w:rPr>
          <w:color w:val="000000"/>
          <w:lang w:val="ru-RU"/>
        </w:rPr>
        <w:t>и через согласованный сторонами канал взаимодействия.</w:t>
      </w:r>
    </w:p>
    <w:p w14:paraId="5093FFCC" w14:textId="59D93314" w:rsidR="00E00471" w:rsidRPr="00E41528" w:rsidRDefault="00E00471" w:rsidP="00E00471">
      <w:pPr>
        <w:spacing w:after="80"/>
        <w:rPr>
          <w:color w:val="000000"/>
          <w:lang w:val="ru-RU"/>
        </w:rPr>
      </w:pPr>
      <w:r w:rsidRPr="00E41528">
        <w:rPr>
          <w:color w:val="000000"/>
          <w:lang w:val="ru-RU"/>
        </w:rPr>
        <w:t>1.2.</w:t>
      </w:r>
      <w:r w:rsidRPr="00E41528">
        <w:rPr>
          <w:color w:val="000000"/>
          <w:lang w:val="ru-RU"/>
        </w:rPr>
        <w:tab/>
        <w:t xml:space="preserve">С момента </w:t>
      </w:r>
      <w:r w:rsidR="008F62B3" w:rsidRPr="00E41528">
        <w:rPr>
          <w:color w:val="000000"/>
          <w:lang w:val="ru-RU"/>
        </w:rPr>
        <w:t>осуществления Заказчиком одного из перечисленных в п. 1.1. Договора действий</w:t>
      </w:r>
      <w:r w:rsidRPr="00E41528">
        <w:rPr>
          <w:color w:val="000000"/>
          <w:lang w:val="ru-RU"/>
        </w:rPr>
        <w:t xml:space="preserve"> Договор считается заключенным между Заказчиком и Исполнителем (далее совместно именуемые Сторонами) и действует до полного исполнения обязательств Сторонами. Если ни одна из Сторон за 15 дней до окончания срока действия Договора письменно не заявит об изменении его условий или о его прекращении, Договор считается продленным на каждый следующий календарный год.</w:t>
      </w:r>
    </w:p>
    <w:p w14:paraId="58C92520" w14:textId="77777777" w:rsidR="00E00471" w:rsidRPr="00E41528" w:rsidRDefault="00E00471" w:rsidP="00E00471">
      <w:pPr>
        <w:spacing w:after="80"/>
        <w:rPr>
          <w:color w:val="000000"/>
          <w:lang w:val="ru-RU"/>
        </w:rPr>
      </w:pPr>
      <w:r w:rsidRPr="00E41528">
        <w:rPr>
          <w:color w:val="000000"/>
          <w:lang w:val="ru-RU"/>
        </w:rPr>
        <w:t>1.3.</w:t>
      </w:r>
      <w:r w:rsidRPr="00E41528">
        <w:rPr>
          <w:color w:val="000000"/>
          <w:lang w:val="ru-RU"/>
        </w:rPr>
        <w:tab/>
        <w:t>Акцепт Оферты является подтверждением того (ст. 431.2 ГК РФ), что Заказчик:</w:t>
      </w:r>
    </w:p>
    <w:p w14:paraId="37A22BAB" w14:textId="77777777" w:rsidR="00E00471" w:rsidRPr="00E41528" w:rsidRDefault="00E00471" w:rsidP="00E00471">
      <w:pPr>
        <w:spacing w:after="80"/>
        <w:rPr>
          <w:color w:val="000000"/>
          <w:lang w:val="ru-RU"/>
        </w:rPr>
      </w:pPr>
      <w:r w:rsidRPr="00E41528">
        <w:rPr>
          <w:color w:val="000000"/>
          <w:lang w:val="ru-RU"/>
        </w:rPr>
        <w:t>1.3.1.</w:t>
      </w:r>
      <w:r w:rsidRPr="00E41528">
        <w:rPr>
          <w:color w:val="000000"/>
          <w:lang w:val="ru-RU"/>
        </w:rPr>
        <w:tab/>
        <w:t>гарантирует, что ознакомлен, соглашается, полностью и безоговорочно принимает все условия Договора в том виде, в каком они изложены в тексте Оферты;</w:t>
      </w:r>
    </w:p>
    <w:p w14:paraId="6372204D" w14:textId="77777777" w:rsidR="00E00471" w:rsidRPr="00E41528" w:rsidRDefault="00E00471" w:rsidP="00E00471">
      <w:pPr>
        <w:spacing w:after="80"/>
        <w:rPr>
          <w:color w:val="000000"/>
          <w:lang w:val="ru-RU"/>
        </w:rPr>
      </w:pPr>
      <w:r w:rsidRPr="00E41528">
        <w:rPr>
          <w:color w:val="000000"/>
          <w:lang w:val="ru-RU"/>
        </w:rPr>
        <w:t>1.3.2.</w:t>
      </w:r>
      <w:r w:rsidRPr="00E41528">
        <w:rPr>
          <w:color w:val="000000"/>
          <w:lang w:val="ru-RU"/>
        </w:rPr>
        <w:tab/>
        <w:t>понимает, что акцепт Оферты в порядке, указанном в п. 1.1 Оферты, равносилен заключению Договора на условиях, изложенных в Оферте;</w:t>
      </w:r>
    </w:p>
    <w:p w14:paraId="2C4E1A5E" w14:textId="77777777" w:rsidR="00E00471" w:rsidRPr="00E41528" w:rsidRDefault="00E00471" w:rsidP="00E00471">
      <w:pPr>
        <w:spacing w:after="80"/>
        <w:rPr>
          <w:color w:val="000000"/>
          <w:lang w:val="ru-RU"/>
        </w:rPr>
      </w:pPr>
      <w:r w:rsidRPr="00E41528">
        <w:rPr>
          <w:color w:val="000000"/>
          <w:lang w:val="ru-RU"/>
        </w:rPr>
        <w:t>1.3.3.</w:t>
      </w:r>
      <w:r w:rsidRPr="00E41528">
        <w:rPr>
          <w:color w:val="000000"/>
          <w:lang w:val="ru-RU"/>
        </w:rPr>
        <w:tab/>
        <w:t>гарантирует достоверность и актуальность сведений, предоставляемых о себе, и соглашается, что он самостоятельно несет ответственность за любые последствия, возникающие в результате указания недостоверных, неактуальных или неполных сведений;</w:t>
      </w:r>
    </w:p>
    <w:p w14:paraId="4B564D4F" w14:textId="60716FD2" w:rsidR="00E00471" w:rsidRPr="00E41528" w:rsidRDefault="00E00471" w:rsidP="00E00471">
      <w:pPr>
        <w:spacing w:after="80"/>
        <w:rPr>
          <w:color w:val="000000"/>
          <w:lang w:val="ru-RU"/>
        </w:rPr>
      </w:pPr>
      <w:r w:rsidRPr="00E41528">
        <w:rPr>
          <w:color w:val="000000"/>
          <w:lang w:val="ru-RU"/>
        </w:rPr>
        <w:t>1.3.4.</w:t>
      </w:r>
      <w:r w:rsidRPr="00E41528">
        <w:rPr>
          <w:color w:val="000000"/>
          <w:lang w:val="ru-RU"/>
        </w:rPr>
        <w:tab/>
        <w:t>подтверждает правомерность своих действий: наличие полномочий, дееспособности, достижения возраста 18 лет, отсутствие психических или неврологических заболеваний, наличие законного права вступать в договорные отношения с Исполнителем</w:t>
      </w:r>
      <w:r w:rsidR="005F6E49" w:rsidRPr="00E41528">
        <w:rPr>
          <w:color w:val="000000"/>
          <w:lang w:val="ru-RU"/>
        </w:rPr>
        <w:t>.</w:t>
      </w:r>
    </w:p>
    <w:p w14:paraId="6BD81BB1" w14:textId="7832FCF9" w:rsidR="00E00471" w:rsidRPr="00E41528" w:rsidRDefault="00E00471" w:rsidP="00E00471">
      <w:pPr>
        <w:spacing w:after="80"/>
        <w:rPr>
          <w:color w:val="000000"/>
          <w:lang w:val="ru-RU"/>
        </w:rPr>
      </w:pPr>
      <w:r w:rsidRPr="00E41528">
        <w:rPr>
          <w:color w:val="000000"/>
          <w:lang w:val="ru-RU"/>
        </w:rPr>
        <w:lastRenderedPageBreak/>
        <w:t>1.4.</w:t>
      </w:r>
      <w:r w:rsidRPr="00E41528">
        <w:rPr>
          <w:color w:val="000000"/>
          <w:lang w:val="ru-RU"/>
        </w:rPr>
        <w:tab/>
        <w:t xml:space="preserve">Вопросы обработки персональных данных регулируются Политикой обработки персональных данных, размещенной на Сайте по адресу: </w:t>
      </w:r>
      <w:hyperlink r:id="rId8" w:history="1">
        <w:r w:rsidR="008F62B3" w:rsidRPr="005371F5">
          <w:rPr>
            <w:rStyle w:val="aff8"/>
            <w:bCs/>
            <w:lang w:val="ru-RU"/>
          </w:rPr>
          <w:t>актуальная ссылка</w:t>
        </w:r>
        <w:r w:rsidR="00F14996" w:rsidRPr="005371F5">
          <w:rPr>
            <w:rStyle w:val="aff8"/>
            <w:bCs/>
            <w:lang w:val="ru-RU"/>
          </w:rPr>
          <w:t xml:space="preserve"> на страницу Политики</w:t>
        </w:r>
      </w:hyperlink>
    </w:p>
    <w:p w14:paraId="51AEB020" w14:textId="2565B091" w:rsidR="00E00471" w:rsidRPr="00E41528" w:rsidRDefault="00E00471" w:rsidP="00E00471">
      <w:pPr>
        <w:spacing w:after="80"/>
        <w:rPr>
          <w:color w:val="000000"/>
          <w:lang w:val="ru-RU"/>
        </w:rPr>
      </w:pPr>
      <w:r w:rsidRPr="00E41528">
        <w:rPr>
          <w:color w:val="000000"/>
          <w:lang w:val="ru-RU"/>
        </w:rPr>
        <w:t>1.5.</w:t>
      </w:r>
      <w:r w:rsidRPr="00E41528">
        <w:rPr>
          <w:color w:val="000000"/>
          <w:lang w:val="ru-RU"/>
        </w:rPr>
        <w:tab/>
        <w:t xml:space="preserve">Исполнитель вправе в любое время вносить изменения и дополнения в Оферту, а также в иные документы, размещенные в информационно-телекоммуникационной сети Интернет в связи с оказанием </w:t>
      </w:r>
      <w:r w:rsidR="00611154">
        <w:rPr>
          <w:color w:val="000000"/>
          <w:lang w:val="ru-RU"/>
        </w:rPr>
        <w:t>услуг</w:t>
      </w:r>
      <w:r w:rsidRPr="00E41528">
        <w:rPr>
          <w:color w:val="000000"/>
          <w:lang w:val="ru-RU"/>
        </w:rPr>
        <w:t>, без уведомления и информирования Заказчика об этом. Заказчик самостоятельно отслеживает актуальность содержания условий Оферты.</w:t>
      </w:r>
    </w:p>
    <w:p w14:paraId="522077E2" w14:textId="77777777" w:rsidR="00B561CA" w:rsidRPr="00E41528" w:rsidRDefault="007F4A74">
      <w:pPr>
        <w:spacing w:before="180" w:after="100"/>
        <w:rPr>
          <w:lang w:val="ru-RU"/>
        </w:rPr>
      </w:pPr>
      <w:r w:rsidRPr="00E41528">
        <w:rPr>
          <w:b/>
          <w:color w:val="000000"/>
          <w:sz w:val="26"/>
          <w:lang w:val="ru-RU"/>
        </w:rPr>
        <w:t>2. ТЕРМИНЫ И ОПРЕДЕЛЕНИЯ</w:t>
      </w:r>
    </w:p>
    <w:p w14:paraId="23B27D1D" w14:textId="556490AC" w:rsidR="00442160" w:rsidRPr="00E41528" w:rsidRDefault="00442160" w:rsidP="00442160">
      <w:pPr>
        <w:spacing w:after="80"/>
        <w:rPr>
          <w:lang w:val="ru-RU"/>
        </w:rPr>
      </w:pPr>
      <w:r w:rsidRPr="00E41528">
        <w:rPr>
          <w:lang w:val="ru-RU"/>
        </w:rPr>
        <w:t>2.1.</w:t>
      </w:r>
      <w:r w:rsidRPr="00E41528">
        <w:rPr>
          <w:lang w:val="ru-RU"/>
        </w:rPr>
        <w:tab/>
        <w:t xml:space="preserve">Фулфилмент – комплекс </w:t>
      </w:r>
      <w:r w:rsidR="00611154">
        <w:rPr>
          <w:lang w:val="ru-RU"/>
        </w:rPr>
        <w:t>услуг</w:t>
      </w:r>
      <w:r w:rsidRPr="00E41528">
        <w:rPr>
          <w:lang w:val="ru-RU"/>
        </w:rPr>
        <w:t xml:space="preserve"> по обработке Исполнителем Товара, включающий:</w:t>
      </w:r>
    </w:p>
    <w:p w14:paraId="11768B6B" w14:textId="77777777" w:rsidR="00442160" w:rsidRPr="00E41528" w:rsidRDefault="00442160" w:rsidP="00442160">
      <w:pPr>
        <w:spacing w:after="80"/>
        <w:rPr>
          <w:lang w:val="ru-RU"/>
        </w:rPr>
      </w:pPr>
      <w:r w:rsidRPr="00E41528">
        <w:rPr>
          <w:lang w:val="ru-RU"/>
        </w:rPr>
        <w:t>- складские операции, в том числе приёмку и хранение Товара;</w:t>
      </w:r>
    </w:p>
    <w:p w14:paraId="0BCF3F19" w14:textId="77777777" w:rsidR="00442160" w:rsidRPr="00E41528" w:rsidRDefault="00442160" w:rsidP="00442160">
      <w:pPr>
        <w:spacing w:after="80"/>
        <w:rPr>
          <w:lang w:val="ru-RU"/>
        </w:rPr>
      </w:pPr>
      <w:r w:rsidRPr="00E41528">
        <w:rPr>
          <w:lang w:val="ru-RU"/>
        </w:rPr>
        <w:t>- комплектацию, упаковку в прозрачную стрейч-пленку, стикеровку заказов в соответствии с требованиями Заказчика и Маркетплейса;</w:t>
      </w:r>
    </w:p>
    <w:p w14:paraId="28B4508A" w14:textId="77777777" w:rsidR="00442160" w:rsidRPr="00E41528" w:rsidRDefault="00442160" w:rsidP="00442160">
      <w:pPr>
        <w:spacing w:after="80"/>
        <w:rPr>
          <w:lang w:val="ru-RU"/>
        </w:rPr>
      </w:pPr>
      <w:r w:rsidRPr="00E41528">
        <w:rPr>
          <w:lang w:val="ru-RU"/>
        </w:rPr>
        <w:t>- доставку заказов Заказчику или третьим лицам, указанным Заказчиком, а также до распределительного центра Маркетплейса и передачу груза на склад Маркетплейса.</w:t>
      </w:r>
    </w:p>
    <w:p w14:paraId="2882894A" w14:textId="6EB90B3A" w:rsidR="00442160" w:rsidRPr="00E41528" w:rsidRDefault="00442160" w:rsidP="00442160">
      <w:pPr>
        <w:spacing w:after="80"/>
        <w:rPr>
          <w:lang w:val="ru-RU"/>
        </w:rPr>
      </w:pPr>
      <w:r w:rsidRPr="00E41528">
        <w:rPr>
          <w:lang w:val="ru-RU"/>
        </w:rPr>
        <w:t>2.2.</w:t>
      </w:r>
      <w:r w:rsidRPr="00E41528">
        <w:rPr>
          <w:lang w:val="ru-RU"/>
        </w:rPr>
        <w:tab/>
        <w:t xml:space="preserve">Товар – товарно-материальные ценности, принадлежащие Заказчику, переданные Исполнителю без перехода права собственности для оказания </w:t>
      </w:r>
      <w:r w:rsidR="00611154">
        <w:rPr>
          <w:lang w:val="ru-RU"/>
        </w:rPr>
        <w:t>услуг</w:t>
      </w:r>
      <w:r w:rsidRPr="00E41528">
        <w:rPr>
          <w:lang w:val="ru-RU"/>
        </w:rPr>
        <w:t xml:space="preserve"> по ответственному хранению, а также по обработке в соответствии с требованием Заказчика.  </w:t>
      </w:r>
    </w:p>
    <w:p w14:paraId="32D9967A" w14:textId="68D5BF8F" w:rsidR="00442160" w:rsidRPr="00E41528" w:rsidRDefault="00442160" w:rsidP="00442160">
      <w:pPr>
        <w:spacing w:after="80"/>
        <w:rPr>
          <w:lang w:val="ru-RU"/>
        </w:rPr>
      </w:pPr>
      <w:r w:rsidRPr="00E41528">
        <w:rPr>
          <w:lang w:val="ru-RU"/>
        </w:rPr>
        <w:t>2.3.</w:t>
      </w:r>
      <w:r w:rsidRPr="00E41528">
        <w:rPr>
          <w:lang w:val="ru-RU"/>
        </w:rPr>
        <w:tab/>
        <w:t xml:space="preserve">Маркетплейс – площадка, которая продаёт товары и </w:t>
      </w:r>
      <w:r w:rsidR="00611154">
        <w:rPr>
          <w:lang w:val="ru-RU"/>
        </w:rPr>
        <w:t>услуг</w:t>
      </w:r>
      <w:r w:rsidRPr="00E41528">
        <w:rPr>
          <w:lang w:val="ru-RU"/>
        </w:rPr>
        <w:t>и разных продавцов через информационно-телекоммуникационную сеть Интернет (Ozon, Wildberries, Яндекс.Маркет).</w:t>
      </w:r>
    </w:p>
    <w:p w14:paraId="606EA1CE" w14:textId="77777777" w:rsidR="00442160" w:rsidRPr="00E41528" w:rsidRDefault="00442160" w:rsidP="00442160">
      <w:pPr>
        <w:spacing w:after="80"/>
        <w:rPr>
          <w:lang w:val="ru-RU"/>
        </w:rPr>
      </w:pPr>
      <w:r w:rsidRPr="00E41528">
        <w:rPr>
          <w:lang w:val="ru-RU"/>
        </w:rPr>
        <w:t>2.4.</w:t>
      </w:r>
      <w:r w:rsidRPr="00E41528">
        <w:rPr>
          <w:lang w:val="ru-RU"/>
        </w:rPr>
        <w:tab/>
        <w:t>Приемка – проверка соответствия качества, количества и комплектности товара, указанного Заказчиком в заявке, с последующей постановкой товара на ответственное хранение и учёт на складе Исполнителя.</w:t>
      </w:r>
    </w:p>
    <w:p w14:paraId="0F4253B9" w14:textId="77777777" w:rsidR="00442160" w:rsidRPr="00E41528" w:rsidRDefault="00442160" w:rsidP="00442160">
      <w:pPr>
        <w:spacing w:after="80"/>
        <w:rPr>
          <w:lang w:val="ru-RU"/>
        </w:rPr>
      </w:pPr>
      <w:r w:rsidRPr="00E41528">
        <w:rPr>
          <w:lang w:val="ru-RU"/>
        </w:rPr>
        <w:t>2.5.</w:t>
      </w:r>
      <w:r w:rsidRPr="00E41528">
        <w:rPr>
          <w:lang w:val="ru-RU"/>
        </w:rPr>
        <w:tab/>
        <w:t>Комплектация – отгрузка товара со склада фулфилмента, осуществляемая по заявке на доставку или путем самовывоза, а также сборка товара, находящегося на ответственном хранении, для проведения манипуляций с товаром по заявке Заказчика.</w:t>
      </w:r>
    </w:p>
    <w:p w14:paraId="7E92ABA8" w14:textId="77777777" w:rsidR="00442160" w:rsidRPr="00E41528" w:rsidRDefault="00442160" w:rsidP="00442160">
      <w:pPr>
        <w:spacing w:after="80"/>
        <w:rPr>
          <w:lang w:val="ru-RU"/>
        </w:rPr>
      </w:pPr>
      <w:r w:rsidRPr="00E41528">
        <w:rPr>
          <w:lang w:val="ru-RU"/>
        </w:rPr>
        <w:t>2.6.</w:t>
      </w:r>
      <w:r w:rsidRPr="00E41528">
        <w:rPr>
          <w:lang w:val="ru-RU"/>
        </w:rPr>
        <w:tab/>
        <w:t>Стикеровка – обработка товара посредством наклейки на него этикеток (стикеров), содержащих информацию о товаре.</w:t>
      </w:r>
    </w:p>
    <w:p w14:paraId="5BD048DC" w14:textId="05F5D42B" w:rsidR="00442160" w:rsidRPr="00E41528" w:rsidRDefault="00442160" w:rsidP="00442160">
      <w:pPr>
        <w:spacing w:after="80"/>
        <w:rPr>
          <w:lang w:val="ru-RU"/>
        </w:rPr>
      </w:pPr>
      <w:r w:rsidRPr="00E41528">
        <w:rPr>
          <w:lang w:val="ru-RU"/>
        </w:rPr>
        <w:t>2.7.</w:t>
      </w:r>
      <w:r w:rsidRPr="00E41528">
        <w:rPr>
          <w:lang w:val="ru-RU"/>
        </w:rPr>
        <w:tab/>
        <w:t xml:space="preserve">Доставка – </w:t>
      </w:r>
      <w:r w:rsidR="00611154">
        <w:rPr>
          <w:lang w:val="ru-RU"/>
        </w:rPr>
        <w:t>услуг</w:t>
      </w:r>
      <w:r w:rsidRPr="00E41528">
        <w:rPr>
          <w:lang w:val="ru-RU"/>
        </w:rPr>
        <w:t xml:space="preserve">а по перевозке груза Заказчика в объёме и до места, указанного Заказчиком в заявке. Данная </w:t>
      </w:r>
      <w:r w:rsidR="00611154">
        <w:rPr>
          <w:lang w:val="ru-RU"/>
        </w:rPr>
        <w:t>услуг</w:t>
      </w:r>
      <w:r w:rsidRPr="00E41528">
        <w:rPr>
          <w:lang w:val="ru-RU"/>
        </w:rPr>
        <w:t xml:space="preserve">а включает экспедирование и передачу груза на склад Маркетплейса при необходимости.  </w:t>
      </w:r>
    </w:p>
    <w:p w14:paraId="60881170" w14:textId="77777777" w:rsidR="00442160" w:rsidRPr="00E41528" w:rsidRDefault="00442160" w:rsidP="00442160">
      <w:pPr>
        <w:spacing w:after="80"/>
        <w:rPr>
          <w:lang w:val="ru-RU"/>
        </w:rPr>
      </w:pPr>
      <w:r w:rsidRPr="00E41528">
        <w:rPr>
          <w:lang w:val="ru-RU"/>
        </w:rPr>
        <w:t>2.8.</w:t>
      </w:r>
      <w:r w:rsidRPr="00E41528">
        <w:rPr>
          <w:lang w:val="ru-RU"/>
        </w:rPr>
        <w:tab/>
        <w:t xml:space="preserve"> Распределительный центр маркетплейса – сортировочный центр, место передачи товара Маркетплейсу для дальнейшей его продажи фактическому потребителю товара.</w:t>
      </w:r>
    </w:p>
    <w:p w14:paraId="47A11EE7" w14:textId="1F0201A7" w:rsidR="00442160" w:rsidRPr="00E41528" w:rsidRDefault="00442160" w:rsidP="00442160">
      <w:pPr>
        <w:spacing w:after="80"/>
        <w:rPr>
          <w:lang w:val="ru-RU"/>
        </w:rPr>
      </w:pPr>
      <w:r w:rsidRPr="00E41528">
        <w:rPr>
          <w:lang w:val="ru-RU"/>
        </w:rPr>
        <w:t>2.9.</w:t>
      </w:r>
      <w:r w:rsidRPr="00E41528">
        <w:rPr>
          <w:lang w:val="ru-RU"/>
        </w:rPr>
        <w:tab/>
        <w:t xml:space="preserve">Заявка – запрос Заказчика, который содержит перечень </w:t>
      </w:r>
      <w:r w:rsidR="00611154">
        <w:rPr>
          <w:lang w:val="ru-RU"/>
        </w:rPr>
        <w:t>услуг</w:t>
      </w:r>
      <w:r w:rsidRPr="00E41528">
        <w:rPr>
          <w:lang w:val="ru-RU"/>
        </w:rPr>
        <w:t>, необходимых к оказанию Исполнителем.</w:t>
      </w:r>
    </w:p>
    <w:p w14:paraId="6E9D26C3" w14:textId="28B4BE70" w:rsidR="004D51B9" w:rsidRPr="00E41528" w:rsidRDefault="004D51B9" w:rsidP="00442160">
      <w:pPr>
        <w:spacing w:after="80"/>
        <w:rPr>
          <w:lang w:val="ru-RU"/>
        </w:rPr>
      </w:pPr>
      <w:r w:rsidRPr="00E41528">
        <w:rPr>
          <w:lang w:val="ru-RU"/>
        </w:rPr>
        <w:t xml:space="preserve">2.10. Склад – место оказания Исполнителем </w:t>
      </w:r>
      <w:r w:rsidR="00611154">
        <w:rPr>
          <w:lang w:val="ru-RU"/>
        </w:rPr>
        <w:t>услуг</w:t>
      </w:r>
      <w:r w:rsidRPr="00E41528">
        <w:rPr>
          <w:lang w:val="ru-RU"/>
        </w:rPr>
        <w:t>, расположенное по адресу: г. Екатеринбург, ул. Альпинистов, д. 85.</w:t>
      </w:r>
    </w:p>
    <w:p w14:paraId="0C95499C" w14:textId="6D4D1E9B" w:rsidR="004D51B9" w:rsidRPr="00E41528" w:rsidRDefault="004D51B9" w:rsidP="00442160">
      <w:pPr>
        <w:spacing w:after="80"/>
        <w:rPr>
          <w:lang w:val="ru-RU"/>
        </w:rPr>
      </w:pPr>
      <w:r w:rsidRPr="00E41528">
        <w:rPr>
          <w:lang w:val="ru-RU"/>
        </w:rPr>
        <w:t xml:space="preserve">2.11. Прайс – действующий перечень тарифов Исполнителя на </w:t>
      </w:r>
      <w:r w:rsidR="00611154">
        <w:rPr>
          <w:lang w:val="ru-RU"/>
        </w:rPr>
        <w:t>услуг</w:t>
      </w:r>
      <w:r w:rsidRPr="00E41528">
        <w:rPr>
          <w:lang w:val="ru-RU"/>
        </w:rPr>
        <w:t xml:space="preserve">и фулфилмента и дополнительные </w:t>
      </w:r>
      <w:r w:rsidR="00611154">
        <w:rPr>
          <w:lang w:val="ru-RU"/>
        </w:rPr>
        <w:t>услуг</w:t>
      </w:r>
      <w:r w:rsidRPr="00E41528">
        <w:rPr>
          <w:lang w:val="ru-RU"/>
        </w:rPr>
        <w:t>и.</w:t>
      </w:r>
    </w:p>
    <w:p w14:paraId="32BA2E59" w14:textId="77777777" w:rsidR="00B561CA" w:rsidRPr="00E41528" w:rsidRDefault="007F4A74">
      <w:pPr>
        <w:spacing w:before="180" w:after="100"/>
        <w:rPr>
          <w:lang w:val="ru-RU"/>
        </w:rPr>
      </w:pPr>
      <w:r w:rsidRPr="00E41528">
        <w:rPr>
          <w:b/>
          <w:color w:val="000000"/>
          <w:sz w:val="26"/>
          <w:lang w:val="ru-RU"/>
        </w:rPr>
        <w:t>3. ПРЕДМЕТ ДОГОВОРА</w:t>
      </w:r>
    </w:p>
    <w:p w14:paraId="40A30222" w14:textId="5CC253BB" w:rsidR="00442160" w:rsidRPr="00E41528" w:rsidRDefault="005F6E49" w:rsidP="00442160">
      <w:pPr>
        <w:spacing w:after="80"/>
        <w:rPr>
          <w:lang w:val="ru-RU"/>
        </w:rPr>
      </w:pPr>
      <w:r w:rsidRPr="00E41528">
        <w:rPr>
          <w:lang w:val="ru-RU"/>
        </w:rPr>
        <w:t>3</w:t>
      </w:r>
      <w:r w:rsidR="00442160" w:rsidRPr="00E41528">
        <w:rPr>
          <w:lang w:val="ru-RU"/>
        </w:rPr>
        <w:t xml:space="preserve">.1. Исполнитель обязуется оказывать в соответствии с заявкой Заказчика </w:t>
      </w:r>
      <w:r w:rsidR="00611154">
        <w:rPr>
          <w:lang w:val="ru-RU"/>
        </w:rPr>
        <w:t>услуг</w:t>
      </w:r>
      <w:r w:rsidR="00442160" w:rsidRPr="00E41528">
        <w:rPr>
          <w:lang w:val="ru-RU"/>
        </w:rPr>
        <w:t xml:space="preserve">и фулфилмента в отношении товара Заказчика, а Заказчик обязуется принимать и оплачивать оказанные </w:t>
      </w:r>
      <w:r w:rsidR="00611154">
        <w:rPr>
          <w:lang w:val="ru-RU"/>
        </w:rPr>
        <w:t>услуг</w:t>
      </w:r>
      <w:r w:rsidR="00442160" w:rsidRPr="00E41528">
        <w:rPr>
          <w:lang w:val="ru-RU"/>
        </w:rPr>
        <w:t>и.</w:t>
      </w:r>
    </w:p>
    <w:p w14:paraId="4895AAFE" w14:textId="25A21D7C" w:rsidR="00442160" w:rsidRPr="00E41528" w:rsidRDefault="005F6E49" w:rsidP="00442160">
      <w:pPr>
        <w:spacing w:after="80"/>
        <w:rPr>
          <w:lang w:val="ru-RU"/>
        </w:rPr>
      </w:pPr>
      <w:r w:rsidRPr="00E41528">
        <w:rPr>
          <w:lang w:val="ru-RU"/>
        </w:rPr>
        <w:lastRenderedPageBreak/>
        <w:t>3</w:t>
      </w:r>
      <w:r w:rsidR="00442160" w:rsidRPr="00E41528">
        <w:rPr>
          <w:lang w:val="ru-RU"/>
        </w:rPr>
        <w:t>.2. Заказчик гарантирует (ст. 431.2 ГК РФ), что передаваемые товары свободны от любых прав и законных интересов третьих лиц; находятся в ненарушенных индивидуальных упаковках, не имеют видимых механических повреждений; соответствуют требованиям, указанным в сертификатах качества, и другим документам, определяющим качество товара, техническим условиям (ТУ), государственным стандартам (ГОСТ), СанПиН, техническим регламентам, в том числе устанавливающим требования к безопасности, упаковке и маркировке пищевой продукции, и другим требованиям, установленным законодательством в отношении соответствующего вида товаров.</w:t>
      </w:r>
    </w:p>
    <w:p w14:paraId="5751F44A" w14:textId="10A76AA7" w:rsidR="000C35EA" w:rsidRPr="00E41528" w:rsidRDefault="000C35EA" w:rsidP="00442160">
      <w:pPr>
        <w:spacing w:after="80"/>
        <w:rPr>
          <w:lang w:val="ru-RU"/>
        </w:rPr>
      </w:pPr>
      <w:r w:rsidRPr="00E41528">
        <w:rPr>
          <w:lang w:val="ru-RU"/>
        </w:rPr>
        <w:t xml:space="preserve">Заказчик не может передавать для оказания </w:t>
      </w:r>
      <w:r w:rsidR="00611154">
        <w:rPr>
          <w:lang w:val="ru-RU"/>
        </w:rPr>
        <w:t>услуг</w:t>
      </w:r>
      <w:r w:rsidRPr="00E41528">
        <w:rPr>
          <w:lang w:val="ru-RU"/>
        </w:rPr>
        <w:t xml:space="preserve"> следующее имущество: скоропортящиеся продукты, товары, требующие соблюдения определенных температурных режимов хранения, цветы и растения, животных и птиц, огнестрельное оружие, огнеопасные, зловонные, отравляющие вещества и предметы, наркотические вещества, легковоспламеняющиеся, взрывчатые и другие опасные вещества, драгоценные металлы, а также деньги, лицензии, государственные или иные ценные бумаги.</w:t>
      </w:r>
    </w:p>
    <w:p w14:paraId="766AFFAE" w14:textId="52C6D83E" w:rsidR="00442160" w:rsidRPr="00E41528" w:rsidRDefault="005F6E49" w:rsidP="00401740">
      <w:pPr>
        <w:spacing w:after="80"/>
        <w:rPr>
          <w:lang w:val="ru-RU"/>
        </w:rPr>
      </w:pPr>
      <w:r w:rsidRPr="00E41528">
        <w:rPr>
          <w:lang w:val="ru-RU"/>
        </w:rPr>
        <w:t>3</w:t>
      </w:r>
      <w:r w:rsidR="00442160" w:rsidRPr="00E41528">
        <w:rPr>
          <w:lang w:val="ru-RU"/>
        </w:rPr>
        <w:t>.3. Заказчик обязуется в случае необходимости выдать Исполнителю доверенность на получение и передачу товаров, а также для совершения иных действий, необходимых для надлежащего исполнения обязательств по Договору.</w:t>
      </w:r>
      <w:r w:rsidR="00D77C0A" w:rsidRPr="00E41528">
        <w:rPr>
          <w:lang w:val="ru-RU"/>
        </w:rPr>
        <w:t xml:space="preserve"> </w:t>
      </w:r>
      <w:bookmarkStart w:id="0" w:name="_Hlk242394257"/>
      <w:r w:rsidR="00401740" w:rsidRPr="00E41528">
        <w:rPr>
          <w:lang w:val="ru-RU"/>
        </w:rPr>
        <w:t xml:space="preserve">При непредоставлении, несвоевременном или ненадлежащем предоставлении доверенности (в т. ч. с недостаточными полномочиями либо с истёкшим сроком) Исполнитель вправе приостановить исполнение до предоставления надлежащей доверенности и не несёт ответственности за неисполнение/ненадлежащее оказание </w:t>
      </w:r>
      <w:r w:rsidR="00611154">
        <w:rPr>
          <w:lang w:val="ru-RU"/>
        </w:rPr>
        <w:t>услуг</w:t>
      </w:r>
      <w:r w:rsidR="00401740" w:rsidRPr="00E41528">
        <w:rPr>
          <w:lang w:val="ru-RU"/>
        </w:rPr>
        <w:t>, Заказчик возмещает Исполнителю документально подтверждённые дополнительные расходы (хранение, простой и др.)</w:t>
      </w:r>
    </w:p>
    <w:bookmarkEnd w:id="0"/>
    <w:p w14:paraId="034FC8C0" w14:textId="097D3F8C" w:rsidR="00B561CA" w:rsidRPr="00E41528" w:rsidRDefault="007F4A74">
      <w:pPr>
        <w:spacing w:before="180" w:after="100"/>
        <w:rPr>
          <w:lang w:val="ru-RU"/>
        </w:rPr>
      </w:pPr>
      <w:r w:rsidRPr="00E41528">
        <w:rPr>
          <w:b/>
          <w:color w:val="000000"/>
          <w:sz w:val="26"/>
          <w:lang w:val="ru-RU"/>
        </w:rPr>
        <w:t>4. ПОРЯДОК ОФОРМЛЕНИЯ ЗАЯВОК</w:t>
      </w:r>
    </w:p>
    <w:p w14:paraId="425A8B82" w14:textId="7CC5C70F" w:rsidR="005F6E49" w:rsidRPr="00E41528" w:rsidRDefault="001E3ED7" w:rsidP="005F6E49">
      <w:pPr>
        <w:spacing w:after="80"/>
        <w:rPr>
          <w:lang w:val="ru-RU"/>
        </w:rPr>
      </w:pPr>
      <w:r w:rsidRPr="00E41528">
        <w:rPr>
          <w:lang w:val="ru-RU"/>
        </w:rPr>
        <w:t>4</w:t>
      </w:r>
      <w:r w:rsidR="005F6E49" w:rsidRPr="00E41528">
        <w:rPr>
          <w:lang w:val="ru-RU"/>
        </w:rPr>
        <w:t xml:space="preserve">.1. Заказчик направляет Исполнителю </w:t>
      </w:r>
      <w:r w:rsidR="00A90A0B" w:rsidRPr="00E41528">
        <w:rPr>
          <w:lang w:val="ru-RU"/>
        </w:rPr>
        <w:t xml:space="preserve">на сайте Исполнителя по адресу https://ff.smartspace.shop/ либо по телефону, указанному на сайте Исполнителя, а также с использованием мессенджеров </w:t>
      </w:r>
      <w:r w:rsidR="005F6E49" w:rsidRPr="00E41528">
        <w:rPr>
          <w:lang w:val="ru-RU"/>
        </w:rPr>
        <w:t>Заявку в свободной форме, которая должна содержать следующие сведения:</w:t>
      </w:r>
    </w:p>
    <w:p w14:paraId="26A6E500" w14:textId="75E87839" w:rsidR="005F6E49" w:rsidRPr="00E41528" w:rsidRDefault="005F6E49" w:rsidP="005F6E49">
      <w:pPr>
        <w:spacing w:after="80"/>
        <w:rPr>
          <w:lang w:val="ru-RU"/>
        </w:rPr>
      </w:pPr>
      <w:r w:rsidRPr="00E41528">
        <w:rPr>
          <w:lang w:val="ru-RU"/>
        </w:rPr>
        <w:t>- наименование Товара, количество мест;</w:t>
      </w:r>
    </w:p>
    <w:p w14:paraId="6BAC049E" w14:textId="7FF0CA02" w:rsidR="005F6E49" w:rsidRPr="00E41528" w:rsidRDefault="005F6E49" w:rsidP="005F6E49">
      <w:pPr>
        <w:spacing w:after="80"/>
        <w:rPr>
          <w:lang w:val="ru-RU"/>
        </w:rPr>
      </w:pPr>
      <w:r w:rsidRPr="00E41528">
        <w:rPr>
          <w:lang w:val="ru-RU"/>
        </w:rPr>
        <w:t>- техническое задание на упаковку Товара. В случае отсутствия технического Задания Исполнитель осуществляет операции по упаковке и маркировке в соответствии со своими внутренними регламентами, или в соответствии с правилами Маркетплейса, на склад которого осуществляется доставка;</w:t>
      </w:r>
    </w:p>
    <w:p w14:paraId="413A1683" w14:textId="447986C8" w:rsidR="005F6E49" w:rsidRPr="00E41528" w:rsidRDefault="005F6E49" w:rsidP="005F6E49">
      <w:pPr>
        <w:spacing w:after="80"/>
        <w:rPr>
          <w:lang w:val="ru-RU"/>
        </w:rPr>
      </w:pPr>
      <w:r w:rsidRPr="00E41528">
        <w:rPr>
          <w:lang w:val="ru-RU"/>
        </w:rPr>
        <w:t>- адрес Распределительного центра маркетплейса;</w:t>
      </w:r>
    </w:p>
    <w:p w14:paraId="6C7E75D4" w14:textId="0608F954" w:rsidR="005F6E49" w:rsidRPr="00E41528" w:rsidRDefault="005F6E49" w:rsidP="005F6E49">
      <w:pPr>
        <w:spacing w:after="80"/>
        <w:rPr>
          <w:lang w:val="ru-RU"/>
        </w:rPr>
      </w:pPr>
      <w:r w:rsidRPr="00E41528">
        <w:rPr>
          <w:lang w:val="ru-RU"/>
        </w:rPr>
        <w:t>- дата прибытия товара на склад Исполнителя;</w:t>
      </w:r>
    </w:p>
    <w:p w14:paraId="4A7B48D7" w14:textId="4260B798" w:rsidR="005F6E49" w:rsidRPr="00E41528" w:rsidRDefault="005F6E49" w:rsidP="005F6E49">
      <w:pPr>
        <w:spacing w:after="80"/>
        <w:rPr>
          <w:lang w:val="ru-RU"/>
        </w:rPr>
      </w:pPr>
      <w:r w:rsidRPr="00E41528">
        <w:rPr>
          <w:lang w:val="ru-RU"/>
        </w:rPr>
        <w:t>- дата и время доставки товара на распределительный центр Маркетплейса, в случае доставки товара Исполнителем;</w:t>
      </w:r>
    </w:p>
    <w:p w14:paraId="76A63FA3" w14:textId="5F3F9D2B" w:rsidR="005F6E49" w:rsidRPr="00E41528" w:rsidRDefault="005F6E49" w:rsidP="005F6E49">
      <w:pPr>
        <w:spacing w:after="80"/>
        <w:rPr>
          <w:lang w:val="ru-RU"/>
        </w:rPr>
      </w:pPr>
      <w:r w:rsidRPr="00E41528">
        <w:rPr>
          <w:lang w:val="ru-RU"/>
        </w:rPr>
        <w:t>- дата и время самовывоза товара Заказчиком, если Заказчик осуществляет доставку своими силами</w:t>
      </w:r>
      <w:r w:rsidR="000C35EA" w:rsidRPr="00E41528">
        <w:rPr>
          <w:lang w:val="ru-RU"/>
        </w:rPr>
        <w:t>.</w:t>
      </w:r>
    </w:p>
    <w:p w14:paraId="62E440C1" w14:textId="65F40639" w:rsidR="005F6E49" w:rsidRPr="00E41528" w:rsidRDefault="001E3ED7" w:rsidP="005F6E49">
      <w:pPr>
        <w:spacing w:after="80"/>
        <w:rPr>
          <w:lang w:val="ru-RU"/>
        </w:rPr>
      </w:pPr>
      <w:r w:rsidRPr="00E41528">
        <w:rPr>
          <w:lang w:val="ru-RU"/>
        </w:rPr>
        <w:t>4</w:t>
      </w:r>
      <w:r w:rsidR="005F6E49" w:rsidRPr="00E41528">
        <w:rPr>
          <w:lang w:val="ru-RU"/>
        </w:rPr>
        <w:t>.2.</w:t>
      </w:r>
      <w:r w:rsidR="004E1AE2" w:rsidRPr="00E41528">
        <w:rPr>
          <w:lang w:val="ru-RU"/>
        </w:rPr>
        <w:t xml:space="preserve"> </w:t>
      </w:r>
      <w:r w:rsidR="005F6E49" w:rsidRPr="00E41528">
        <w:rPr>
          <w:lang w:val="ru-RU"/>
        </w:rPr>
        <w:t xml:space="preserve">Исполнитель рассматривает Заявку исходя из возможности оказания </w:t>
      </w:r>
      <w:r w:rsidR="00611154">
        <w:rPr>
          <w:lang w:val="ru-RU"/>
        </w:rPr>
        <w:t>услуг</w:t>
      </w:r>
      <w:r w:rsidR="005F6E49" w:rsidRPr="00E41528">
        <w:rPr>
          <w:lang w:val="ru-RU"/>
        </w:rPr>
        <w:t xml:space="preserve"> на условиях, указанных в Заявке, в течение 3 календарных дней с даты получения.</w:t>
      </w:r>
    </w:p>
    <w:p w14:paraId="27324788" w14:textId="60E59B31" w:rsidR="005F6E49" w:rsidRDefault="005F6E49" w:rsidP="005F6E49">
      <w:pPr>
        <w:spacing w:after="80"/>
        <w:rPr>
          <w:lang w:val="ru-RU"/>
        </w:rPr>
      </w:pPr>
      <w:r w:rsidRPr="00E41528">
        <w:rPr>
          <w:lang w:val="ru-RU"/>
        </w:rPr>
        <w:t xml:space="preserve">В случае отсутствия у Исполнителя возможности оказать </w:t>
      </w:r>
      <w:r w:rsidR="00611154">
        <w:rPr>
          <w:lang w:val="ru-RU"/>
        </w:rPr>
        <w:t>услуг</w:t>
      </w:r>
      <w:r w:rsidRPr="00E41528">
        <w:rPr>
          <w:lang w:val="ru-RU"/>
        </w:rPr>
        <w:t xml:space="preserve">и на условиях, указанных в Заявке, Стороны принимают меры к согласованию условий оказания </w:t>
      </w:r>
      <w:r w:rsidR="00611154">
        <w:rPr>
          <w:lang w:val="ru-RU"/>
        </w:rPr>
        <w:t>услуг</w:t>
      </w:r>
      <w:r w:rsidRPr="00E41528">
        <w:rPr>
          <w:lang w:val="ru-RU"/>
        </w:rPr>
        <w:t>.</w:t>
      </w:r>
    </w:p>
    <w:p w14:paraId="5A50401B" w14:textId="77777777" w:rsidR="00B561CA" w:rsidRPr="00E41528" w:rsidRDefault="007F4A74">
      <w:pPr>
        <w:spacing w:before="180" w:after="100"/>
        <w:rPr>
          <w:lang w:val="ru-RU"/>
        </w:rPr>
      </w:pPr>
      <w:r w:rsidRPr="00E41528">
        <w:rPr>
          <w:b/>
          <w:color w:val="000000"/>
          <w:sz w:val="26"/>
          <w:lang w:val="ru-RU"/>
        </w:rPr>
        <w:t>5. ПЕРЕДАЧА И ПРИЕМКА ТОВАРА</w:t>
      </w:r>
    </w:p>
    <w:p w14:paraId="0C7193AD" w14:textId="3F6774FC" w:rsidR="001E3ED7" w:rsidRPr="00E41528" w:rsidRDefault="001E3ED7" w:rsidP="001E3ED7">
      <w:pPr>
        <w:spacing w:after="80"/>
        <w:rPr>
          <w:lang w:val="ru-RU"/>
        </w:rPr>
      </w:pPr>
      <w:r w:rsidRPr="00E41528">
        <w:rPr>
          <w:lang w:val="ru-RU"/>
        </w:rPr>
        <w:t>5.1. Доставка товара до склада Исполнителя осуществляется силами Заказчика.</w:t>
      </w:r>
    </w:p>
    <w:p w14:paraId="7C3B1CAD" w14:textId="138DC746" w:rsidR="001E3ED7" w:rsidRPr="00E41528" w:rsidRDefault="001E3ED7" w:rsidP="001E3ED7">
      <w:pPr>
        <w:spacing w:after="80"/>
        <w:rPr>
          <w:lang w:val="ru-RU"/>
        </w:rPr>
      </w:pPr>
      <w:r w:rsidRPr="00E41528">
        <w:rPr>
          <w:lang w:val="ru-RU"/>
        </w:rPr>
        <w:t>5.2. При</w:t>
      </w:r>
      <w:r w:rsidR="000C35EA" w:rsidRPr="00E41528">
        <w:rPr>
          <w:lang w:val="ru-RU"/>
        </w:rPr>
        <w:t>е</w:t>
      </w:r>
      <w:r w:rsidRPr="00E41528">
        <w:rPr>
          <w:lang w:val="ru-RU"/>
        </w:rPr>
        <w:t>м товара на ответственное хранение осуществляется при наличии согласованной Сторонами Заявки.</w:t>
      </w:r>
    </w:p>
    <w:p w14:paraId="02C807F8" w14:textId="01A4FE8E" w:rsidR="001E3ED7" w:rsidRPr="00E41528" w:rsidRDefault="001E3ED7" w:rsidP="001E3ED7">
      <w:pPr>
        <w:spacing w:after="80"/>
        <w:rPr>
          <w:lang w:val="ru-RU"/>
        </w:rPr>
      </w:pPr>
      <w:r w:rsidRPr="00E41528">
        <w:rPr>
          <w:lang w:val="ru-RU"/>
        </w:rPr>
        <w:t xml:space="preserve">5.3. </w:t>
      </w:r>
      <w:r w:rsidR="004E1AE2" w:rsidRPr="00E41528">
        <w:rPr>
          <w:lang w:val="ru-RU"/>
        </w:rPr>
        <w:t xml:space="preserve">Исполнитель несет ответственность за сохранность имущества Заказчика с момента поступления товара на склад Исполнителя до момента передачи товара Заказчику или третьим лицам, указанным в </w:t>
      </w:r>
      <w:r w:rsidR="004E1AE2" w:rsidRPr="00E41528">
        <w:rPr>
          <w:lang w:val="ru-RU"/>
        </w:rPr>
        <w:lastRenderedPageBreak/>
        <w:t>заявке, в том числе на Маркетплейс. При этом передача товара на складское хранение при его отгрузке до пересчета осуществляется посредством подписания сторонами акта приема-передачи грузомест (коробки, пачки, паллеты).  Товар считается переданным на хранение Заказчику в количестве и объеме, указанном в заявке после произведенного пересчета товара в срок, согласованный сторонами.</w:t>
      </w:r>
    </w:p>
    <w:p w14:paraId="23869BC4" w14:textId="77777777" w:rsidR="004E1AE2" w:rsidRPr="00E41528" w:rsidRDefault="001E3ED7" w:rsidP="004E1AE2">
      <w:pPr>
        <w:spacing w:after="80"/>
        <w:rPr>
          <w:lang w:val="ru-RU"/>
        </w:rPr>
      </w:pPr>
      <w:r w:rsidRPr="00E41528">
        <w:rPr>
          <w:lang w:val="ru-RU"/>
        </w:rPr>
        <w:t xml:space="preserve">5.4. </w:t>
      </w:r>
      <w:r w:rsidR="004E1AE2" w:rsidRPr="00E41528">
        <w:rPr>
          <w:lang w:val="ru-RU"/>
        </w:rPr>
        <w:t>Исполнитель не несет перед Заказчиком ответственности за количество и состояние товара, находящегося в поврежденной упаковке.</w:t>
      </w:r>
    </w:p>
    <w:p w14:paraId="7E1269C5" w14:textId="77777777" w:rsidR="004E1AE2" w:rsidRPr="00E41528" w:rsidRDefault="004E1AE2" w:rsidP="004E1AE2">
      <w:pPr>
        <w:spacing w:after="80"/>
        <w:rPr>
          <w:lang w:val="ru-RU"/>
        </w:rPr>
      </w:pPr>
      <w:r w:rsidRPr="00E41528">
        <w:rPr>
          <w:lang w:val="ru-RU"/>
        </w:rPr>
        <w:t>Исполнитель несет ответственность за количество и состояние товара только после визуального осмотра товара. В случае выявления на этапе приемки повреждений транспортировочной или индивидуальной упаковки товара, Исполнитель незамедлительно сообщает Заказчику о выявлении факта повреждения упаковки товара, поступающего на склад Исполнителя.</w:t>
      </w:r>
    </w:p>
    <w:p w14:paraId="7A6E61E1" w14:textId="6FA322B0" w:rsidR="001E3ED7" w:rsidRPr="00E41528" w:rsidRDefault="001E3ED7" w:rsidP="001E3ED7">
      <w:pPr>
        <w:spacing w:after="80"/>
        <w:rPr>
          <w:lang w:val="ru-RU"/>
        </w:rPr>
      </w:pPr>
      <w:r w:rsidRPr="00E41528">
        <w:rPr>
          <w:lang w:val="ru-RU"/>
        </w:rPr>
        <w:t>5.5.</w:t>
      </w:r>
      <w:r w:rsidRPr="00E41528">
        <w:rPr>
          <w:lang w:val="ru-RU"/>
        </w:rPr>
        <w:tab/>
      </w:r>
      <w:r w:rsidR="004E1AE2" w:rsidRPr="00E41528">
        <w:rPr>
          <w:lang w:val="ru-RU"/>
        </w:rPr>
        <w:t xml:space="preserve">Исполнитель не несет перед Заказчиком ответственности, если причиной возникновения ущерба явилось несоблюдение специфических условий хранения товара, о которых Исполнитель не был поставлен в известность Заказчиком.  </w:t>
      </w:r>
    </w:p>
    <w:p w14:paraId="5216F710" w14:textId="77777777" w:rsidR="004E1AE2" w:rsidRPr="00E41528" w:rsidRDefault="001E3ED7" w:rsidP="004E1AE2">
      <w:pPr>
        <w:spacing w:after="80"/>
        <w:rPr>
          <w:lang w:val="ru-RU"/>
        </w:rPr>
      </w:pPr>
      <w:r w:rsidRPr="00E41528">
        <w:rPr>
          <w:lang w:val="ru-RU"/>
        </w:rPr>
        <w:t>5.6.</w:t>
      </w:r>
      <w:r w:rsidRPr="00E41528">
        <w:rPr>
          <w:lang w:val="ru-RU"/>
        </w:rPr>
        <w:tab/>
      </w:r>
      <w:r w:rsidR="004E1AE2" w:rsidRPr="00E41528">
        <w:rPr>
          <w:lang w:val="ru-RU"/>
        </w:rPr>
        <w:t>В случае получения Товара, не соответствующего Заявке, Исполнитель уведомляет об этом уполномоченного представителя Заказчика в течение 1 (одного) рабочего дня в письменном виде. После получения извещения Заказчик в течение 2 (двух) рабочих дней обязан выполнить одну из следующих операций:</w:t>
      </w:r>
    </w:p>
    <w:p w14:paraId="5610F9C0" w14:textId="2E03BEEA" w:rsidR="004E1AE2" w:rsidRPr="00E41528" w:rsidRDefault="004E1AE2" w:rsidP="004E1AE2">
      <w:pPr>
        <w:spacing w:after="80"/>
        <w:rPr>
          <w:lang w:val="ru-RU"/>
        </w:rPr>
      </w:pPr>
      <w:r w:rsidRPr="00E41528">
        <w:rPr>
          <w:lang w:val="ru-RU"/>
        </w:rPr>
        <w:t xml:space="preserve">- предоставить Исполнителю Заявку на оказание </w:t>
      </w:r>
      <w:r w:rsidR="00611154">
        <w:rPr>
          <w:lang w:val="ru-RU"/>
        </w:rPr>
        <w:t>услуг</w:t>
      </w:r>
      <w:r w:rsidRPr="00E41528">
        <w:rPr>
          <w:lang w:val="ru-RU"/>
        </w:rPr>
        <w:t xml:space="preserve"> в отношении указанного Товара;</w:t>
      </w:r>
    </w:p>
    <w:p w14:paraId="644A2BE4" w14:textId="1122C8AB" w:rsidR="004E1AE2" w:rsidRPr="00E41528" w:rsidRDefault="004E1AE2" w:rsidP="004E1AE2">
      <w:pPr>
        <w:spacing w:after="80"/>
        <w:rPr>
          <w:lang w:val="ru-RU"/>
        </w:rPr>
      </w:pPr>
      <w:r w:rsidRPr="00E41528">
        <w:rPr>
          <w:lang w:val="ru-RU"/>
        </w:rPr>
        <w:t xml:space="preserve">- вывезти указанный Товар со склада Исполнителя своими силами, либо заказав у Исполнителя </w:t>
      </w:r>
      <w:r w:rsidR="00611154">
        <w:rPr>
          <w:lang w:val="ru-RU"/>
        </w:rPr>
        <w:t>услуг</w:t>
      </w:r>
      <w:r w:rsidRPr="00E41528">
        <w:rPr>
          <w:lang w:val="ru-RU"/>
        </w:rPr>
        <w:t>у доставки.</w:t>
      </w:r>
    </w:p>
    <w:p w14:paraId="00D4EF41" w14:textId="2DDD4FA1" w:rsidR="001E3ED7" w:rsidRPr="00E41528" w:rsidRDefault="001E3ED7" w:rsidP="004E1AE2">
      <w:pPr>
        <w:spacing w:after="80"/>
        <w:rPr>
          <w:lang w:val="ru-RU"/>
        </w:rPr>
      </w:pPr>
      <w:r w:rsidRPr="00E41528">
        <w:rPr>
          <w:lang w:val="ru-RU"/>
        </w:rPr>
        <w:t>5.7.</w:t>
      </w:r>
      <w:r w:rsidRPr="00E41528">
        <w:rPr>
          <w:lang w:val="ru-RU"/>
        </w:rPr>
        <w:tab/>
      </w:r>
      <w:r w:rsidR="004E1AE2" w:rsidRPr="00E41528">
        <w:rPr>
          <w:lang w:val="ru-RU"/>
        </w:rPr>
        <w:t>В случае выявления брака на моменте приемки или комплектации товара указанный товар должен быть вывезен Заказчиком со склада или утилизирован не позднее 30 календарных дней с момента получения извещения.</w:t>
      </w:r>
    </w:p>
    <w:p w14:paraId="1F304A6F" w14:textId="1427B12F" w:rsidR="00B561CA" w:rsidRPr="00E41528" w:rsidRDefault="007F4A74" w:rsidP="00316921">
      <w:pPr>
        <w:spacing w:before="180" w:after="100"/>
        <w:rPr>
          <w:lang w:val="ru-RU"/>
        </w:rPr>
      </w:pPr>
      <w:r w:rsidRPr="00E41528">
        <w:rPr>
          <w:b/>
          <w:color w:val="000000"/>
          <w:sz w:val="26"/>
          <w:lang w:val="ru-RU"/>
        </w:rPr>
        <w:t>6. КОМПЛЕКТАЦИЯ, УПАКОВКА</w:t>
      </w:r>
      <w:r w:rsidR="00316921" w:rsidRPr="00E41528">
        <w:rPr>
          <w:b/>
          <w:color w:val="000000"/>
          <w:sz w:val="26"/>
          <w:lang w:val="ru-RU"/>
        </w:rPr>
        <w:t xml:space="preserve"> ТОВАРА</w:t>
      </w:r>
    </w:p>
    <w:p w14:paraId="04B3E29B" w14:textId="008D02F3" w:rsidR="00942B43" w:rsidRPr="00E41528" w:rsidRDefault="00316921" w:rsidP="00942B43">
      <w:pPr>
        <w:spacing w:after="80"/>
        <w:rPr>
          <w:color w:val="000000"/>
          <w:lang w:val="ru-RU"/>
        </w:rPr>
      </w:pPr>
      <w:r w:rsidRPr="00E41528">
        <w:rPr>
          <w:color w:val="000000"/>
          <w:lang w:val="ru-RU"/>
        </w:rPr>
        <w:t>6</w:t>
      </w:r>
      <w:r w:rsidR="00942B43" w:rsidRPr="00E41528">
        <w:rPr>
          <w:color w:val="000000"/>
          <w:lang w:val="ru-RU"/>
        </w:rPr>
        <w:t xml:space="preserve">.1. </w:t>
      </w:r>
      <w:r w:rsidR="00611154">
        <w:rPr>
          <w:color w:val="000000"/>
          <w:lang w:val="ru-RU"/>
        </w:rPr>
        <w:t>Услуг</w:t>
      </w:r>
      <w:r w:rsidR="00942B43" w:rsidRPr="00E41528">
        <w:rPr>
          <w:color w:val="000000"/>
          <w:lang w:val="ru-RU"/>
        </w:rPr>
        <w:t>и по упаковке, переупаковке и комплектации товара осуществляются Исполнителем на основании согласованной Заявки.</w:t>
      </w:r>
    </w:p>
    <w:p w14:paraId="04091400" w14:textId="3DB67828" w:rsidR="00942B43" w:rsidRPr="00E41528" w:rsidRDefault="00316921" w:rsidP="00942B43">
      <w:pPr>
        <w:spacing w:after="80"/>
        <w:rPr>
          <w:color w:val="000000"/>
          <w:lang w:val="ru-RU"/>
        </w:rPr>
      </w:pPr>
      <w:r w:rsidRPr="00E41528">
        <w:rPr>
          <w:color w:val="000000"/>
          <w:lang w:val="ru-RU"/>
        </w:rPr>
        <w:t>6</w:t>
      </w:r>
      <w:r w:rsidR="00942B43" w:rsidRPr="00E41528">
        <w:rPr>
          <w:color w:val="000000"/>
          <w:lang w:val="ru-RU"/>
        </w:rPr>
        <w:t>.2. Если товар поступает на склад без упаковки/в нарушенной упаковке, Исполнитель составляет список необходимых работ по упаковке/переупаковке, включающий их стоимость, для обеспечения надлежащих условий хранения товара и направляет этот список уполномоченному представителю Заказчика, при этом Исполнитель вправе приостановить операции с товаром Заказчика до согласования последним предоставленного списка.</w:t>
      </w:r>
    </w:p>
    <w:p w14:paraId="09AA0FAD" w14:textId="6FF0FD68" w:rsidR="001E3ED7" w:rsidRPr="00E41528" w:rsidRDefault="00316921" w:rsidP="00942B43">
      <w:pPr>
        <w:spacing w:after="80"/>
        <w:rPr>
          <w:color w:val="000000"/>
          <w:lang w:val="ru-RU"/>
        </w:rPr>
      </w:pPr>
      <w:r w:rsidRPr="00E41528">
        <w:rPr>
          <w:color w:val="000000"/>
          <w:lang w:val="ru-RU"/>
        </w:rPr>
        <w:t>6</w:t>
      </w:r>
      <w:r w:rsidR="00942B43" w:rsidRPr="00E41528">
        <w:rPr>
          <w:color w:val="000000"/>
          <w:lang w:val="ru-RU"/>
        </w:rPr>
        <w:t>.3. В случае, если товар необходимо упаковать согласно требованиям Маркетплейса для дальнейшей передачи товара на торговую площадку с целью реализации в сети Интернет, Исполнитель составляет список необходимых работ по запросу Заказчика, включающий их стоимость, и направляет его уполномоченному представителю Заказчика, при этом Исполнитель вправе приостановить операции с товаром Заказчика до согласования последним предоставленного списка.</w:t>
      </w:r>
    </w:p>
    <w:p w14:paraId="531B3097" w14:textId="4B362227" w:rsidR="00B561CA" w:rsidRPr="00E41528" w:rsidRDefault="00D26EC7">
      <w:pPr>
        <w:spacing w:before="180" w:after="100"/>
        <w:rPr>
          <w:lang w:val="ru-RU"/>
        </w:rPr>
      </w:pPr>
      <w:r w:rsidRPr="00E41528">
        <w:rPr>
          <w:b/>
          <w:color w:val="000000"/>
          <w:sz w:val="26"/>
          <w:lang w:val="ru-RU"/>
        </w:rPr>
        <w:t>7</w:t>
      </w:r>
      <w:r w:rsidR="007F4A74" w:rsidRPr="00E41528">
        <w:rPr>
          <w:b/>
          <w:color w:val="000000"/>
          <w:sz w:val="26"/>
          <w:lang w:val="ru-RU"/>
        </w:rPr>
        <w:t>. ТАРИФЫ И ПОРЯДОК РАСЧЕТОВ</w:t>
      </w:r>
    </w:p>
    <w:p w14:paraId="6F181A43" w14:textId="4542C4A0" w:rsidR="000B62FC" w:rsidRDefault="00D26EC7" w:rsidP="000B62FC">
      <w:pPr>
        <w:spacing w:after="80"/>
        <w:rPr>
          <w:color w:val="FF0000"/>
          <w:u w:val="single"/>
          <w:lang w:val="ru-RU"/>
        </w:rPr>
      </w:pPr>
      <w:r w:rsidRPr="00E41528">
        <w:rPr>
          <w:color w:val="000000"/>
          <w:lang w:val="ru-RU"/>
        </w:rPr>
        <w:t>7</w:t>
      </w:r>
      <w:r w:rsidR="007F4A74" w:rsidRPr="00E41528">
        <w:rPr>
          <w:color w:val="000000"/>
          <w:lang w:val="ru-RU"/>
        </w:rPr>
        <w:t xml:space="preserve">.1. Стоимость </w:t>
      </w:r>
      <w:r w:rsidR="00611154">
        <w:rPr>
          <w:color w:val="000000"/>
          <w:lang w:val="ru-RU"/>
        </w:rPr>
        <w:t>услуг</w:t>
      </w:r>
      <w:r w:rsidR="007F4A74" w:rsidRPr="00E41528">
        <w:rPr>
          <w:color w:val="000000"/>
          <w:lang w:val="ru-RU"/>
        </w:rPr>
        <w:t xml:space="preserve"> определяется Прайсом Исполнителя</w:t>
      </w:r>
      <w:r w:rsidRPr="00E41528">
        <w:rPr>
          <w:color w:val="000000"/>
          <w:lang w:val="ru-RU"/>
        </w:rPr>
        <w:t>,</w:t>
      </w:r>
      <w:r w:rsidRPr="00E41528">
        <w:rPr>
          <w:lang w:val="ru-RU"/>
        </w:rPr>
        <w:t xml:space="preserve"> </w:t>
      </w:r>
      <w:r w:rsidRPr="00E41528">
        <w:rPr>
          <w:color w:val="000000"/>
          <w:lang w:val="ru-RU"/>
        </w:rPr>
        <w:t xml:space="preserve">размещенным на Сайте по адресу: </w:t>
      </w:r>
      <w:hyperlink r:id="rId9" w:history="1">
        <w:r w:rsidR="000B62FC" w:rsidRPr="00F40C38">
          <w:rPr>
            <w:rStyle w:val="aff8"/>
          </w:rPr>
          <w:t>https</w:t>
        </w:r>
        <w:r w:rsidR="000B62FC" w:rsidRPr="00F40C38">
          <w:rPr>
            <w:rStyle w:val="aff8"/>
            <w:lang w:val="ru-RU"/>
          </w:rPr>
          <w:t>://</w:t>
        </w:r>
        <w:r w:rsidR="000B62FC" w:rsidRPr="00F40C38">
          <w:rPr>
            <w:rStyle w:val="aff8"/>
          </w:rPr>
          <w:t>offpost</w:t>
        </w:r>
        <w:r w:rsidR="000B62FC" w:rsidRPr="00F40C38">
          <w:rPr>
            <w:rStyle w:val="aff8"/>
            <w:lang w:val="ru-RU"/>
          </w:rPr>
          <w:t>.</w:t>
        </w:r>
        <w:r w:rsidR="000B62FC" w:rsidRPr="00F40C38">
          <w:rPr>
            <w:rStyle w:val="aff8"/>
          </w:rPr>
          <w:t>ru</w:t>
        </w:r>
        <w:r w:rsidR="000B62FC" w:rsidRPr="00F40C38">
          <w:rPr>
            <w:rStyle w:val="aff8"/>
            <w:lang w:val="ru-RU"/>
          </w:rPr>
          <w:t>/</w:t>
        </w:r>
        <w:r w:rsidR="000B62FC" w:rsidRPr="00F40C38">
          <w:rPr>
            <w:rStyle w:val="aff8"/>
          </w:rPr>
          <w:t>price</w:t>
        </w:r>
        <w:r w:rsidR="000B62FC" w:rsidRPr="00F40C38">
          <w:rPr>
            <w:rStyle w:val="aff8"/>
            <w:lang w:val="ru-RU"/>
          </w:rPr>
          <w:t>-</w:t>
        </w:r>
        <w:r w:rsidR="000B62FC" w:rsidRPr="00F40C38">
          <w:rPr>
            <w:rStyle w:val="aff8"/>
          </w:rPr>
          <w:t>fbo</w:t>
        </w:r>
        <w:r w:rsidR="000B62FC" w:rsidRPr="00F40C38">
          <w:rPr>
            <w:rStyle w:val="aff8"/>
            <w:lang w:val="ru-RU"/>
          </w:rPr>
          <w:t>-</w:t>
        </w:r>
        <w:r w:rsidR="000B62FC" w:rsidRPr="00F40C38">
          <w:rPr>
            <w:rStyle w:val="aff8"/>
          </w:rPr>
          <w:t>fullspace</w:t>
        </w:r>
        <w:r w:rsidR="000B62FC" w:rsidRPr="00F40C38">
          <w:rPr>
            <w:rStyle w:val="aff8"/>
            <w:lang w:val="ru-RU"/>
          </w:rPr>
          <w:t>.</w:t>
        </w:r>
        <w:r w:rsidR="000B62FC" w:rsidRPr="00F40C38">
          <w:rPr>
            <w:rStyle w:val="aff8"/>
          </w:rPr>
          <w:t>xlsx</w:t>
        </w:r>
      </w:hyperlink>
    </w:p>
    <w:p w14:paraId="0AB45C67" w14:textId="6E8067B7" w:rsidR="000B62FC" w:rsidRDefault="000B62FC" w:rsidP="000B62FC">
      <w:pPr>
        <w:spacing w:after="80"/>
        <w:rPr>
          <w:color w:val="FF0000"/>
          <w:u w:val="single"/>
          <w:lang w:val="ru-RU"/>
        </w:rPr>
      </w:pPr>
      <w:r>
        <w:rPr>
          <w:color w:val="FF0000"/>
          <w:u w:val="single"/>
          <w:lang w:val="ru-RU"/>
        </w:rPr>
        <w:t xml:space="preserve"> </w:t>
      </w:r>
      <w:hyperlink r:id="rId10" w:history="1">
        <w:r w:rsidRPr="00F40C38">
          <w:rPr>
            <w:rStyle w:val="aff8"/>
          </w:rPr>
          <w:t>https</w:t>
        </w:r>
        <w:r w:rsidRPr="00F40C38">
          <w:rPr>
            <w:rStyle w:val="aff8"/>
            <w:lang w:val="ru-RU"/>
          </w:rPr>
          <w:t>://</w:t>
        </w:r>
        <w:r w:rsidRPr="00F40C38">
          <w:rPr>
            <w:rStyle w:val="aff8"/>
          </w:rPr>
          <w:t>offpost</w:t>
        </w:r>
        <w:r w:rsidRPr="00F40C38">
          <w:rPr>
            <w:rStyle w:val="aff8"/>
            <w:lang w:val="ru-RU"/>
          </w:rPr>
          <w:t>.</w:t>
        </w:r>
        <w:r w:rsidRPr="00F40C38">
          <w:rPr>
            <w:rStyle w:val="aff8"/>
          </w:rPr>
          <w:t>ru</w:t>
        </w:r>
        <w:r w:rsidRPr="00F40C38">
          <w:rPr>
            <w:rStyle w:val="aff8"/>
            <w:lang w:val="ru-RU"/>
          </w:rPr>
          <w:t>/</w:t>
        </w:r>
        <w:r w:rsidRPr="00F40C38">
          <w:rPr>
            <w:rStyle w:val="aff8"/>
          </w:rPr>
          <w:t>price</w:t>
        </w:r>
        <w:r w:rsidRPr="00F40C38">
          <w:rPr>
            <w:rStyle w:val="aff8"/>
            <w:lang w:val="ru-RU"/>
          </w:rPr>
          <w:t>-</w:t>
        </w:r>
        <w:r w:rsidRPr="00F40C38">
          <w:rPr>
            <w:rStyle w:val="aff8"/>
          </w:rPr>
          <w:t>fbs</w:t>
        </w:r>
        <w:r w:rsidRPr="00F40C38">
          <w:rPr>
            <w:rStyle w:val="aff8"/>
            <w:lang w:val="ru-RU"/>
          </w:rPr>
          <w:t>-</w:t>
        </w:r>
        <w:r w:rsidRPr="00F40C38">
          <w:rPr>
            <w:rStyle w:val="aff8"/>
          </w:rPr>
          <w:t>fullspace</w:t>
        </w:r>
        <w:r w:rsidRPr="00F40C38">
          <w:rPr>
            <w:rStyle w:val="aff8"/>
            <w:lang w:val="ru-RU"/>
          </w:rPr>
          <w:t>.</w:t>
        </w:r>
        <w:r w:rsidRPr="00F40C38">
          <w:rPr>
            <w:rStyle w:val="aff8"/>
          </w:rPr>
          <w:t>xlsx</w:t>
        </w:r>
      </w:hyperlink>
      <w:r>
        <w:rPr>
          <w:color w:val="FF0000"/>
          <w:u w:val="single"/>
          <w:lang w:val="ru-RU"/>
        </w:rPr>
        <w:t xml:space="preserve"> </w:t>
      </w:r>
    </w:p>
    <w:p w14:paraId="5523F9AE" w14:textId="444989CC" w:rsidR="00B561CA" w:rsidRPr="00E41528" w:rsidRDefault="007F4A74">
      <w:pPr>
        <w:spacing w:after="80"/>
        <w:rPr>
          <w:lang w:val="ru-RU"/>
        </w:rPr>
      </w:pPr>
      <w:r w:rsidRPr="00E41528">
        <w:rPr>
          <w:color w:val="FF0000"/>
          <w:u w:val="single"/>
          <w:lang w:val="ru-RU"/>
        </w:rPr>
        <w:t>.</w:t>
      </w:r>
      <w:r w:rsidR="00D94BEE" w:rsidRPr="00E41528">
        <w:rPr>
          <w:color w:val="FF0000"/>
          <w:lang w:val="ru-RU"/>
        </w:rPr>
        <w:t xml:space="preserve"> </w:t>
      </w:r>
      <w:r w:rsidR="00D94BEE" w:rsidRPr="00E41528">
        <w:rPr>
          <w:color w:val="000000"/>
          <w:lang w:val="ru-RU"/>
        </w:rPr>
        <w:t xml:space="preserve">Тарифы на сайте указаны без НДС. Оплата </w:t>
      </w:r>
      <w:r w:rsidR="00611154">
        <w:rPr>
          <w:color w:val="000000"/>
          <w:lang w:val="ru-RU"/>
        </w:rPr>
        <w:t>услуг</w:t>
      </w:r>
      <w:r w:rsidR="00D94BEE" w:rsidRPr="00E41528">
        <w:rPr>
          <w:color w:val="000000"/>
          <w:lang w:val="ru-RU"/>
        </w:rPr>
        <w:t xml:space="preserve"> осуществляется по тарифам, действующим на момент совершения платежа.</w:t>
      </w:r>
    </w:p>
    <w:p w14:paraId="0878B6FB" w14:textId="77777777" w:rsidR="000B62FC" w:rsidRDefault="00D26EC7" w:rsidP="000B62FC">
      <w:pPr>
        <w:spacing w:after="80"/>
        <w:rPr>
          <w:color w:val="FF0000"/>
          <w:u w:val="single"/>
          <w:lang w:val="ru-RU"/>
        </w:rPr>
      </w:pPr>
      <w:r w:rsidRPr="00E41528">
        <w:rPr>
          <w:color w:val="000000"/>
          <w:lang w:val="ru-RU"/>
        </w:rPr>
        <w:lastRenderedPageBreak/>
        <w:t>7</w:t>
      </w:r>
      <w:r w:rsidR="007F4A74" w:rsidRPr="00E41528">
        <w:rPr>
          <w:color w:val="000000"/>
          <w:lang w:val="ru-RU"/>
        </w:rPr>
        <w:t xml:space="preserve">.2. Стоимость дополнительных </w:t>
      </w:r>
      <w:r w:rsidR="00611154">
        <w:rPr>
          <w:color w:val="000000"/>
          <w:lang w:val="ru-RU"/>
        </w:rPr>
        <w:t>услуг</w:t>
      </w:r>
      <w:r w:rsidR="007F4A74" w:rsidRPr="00E41528">
        <w:rPr>
          <w:color w:val="000000"/>
          <w:lang w:val="ru-RU"/>
        </w:rPr>
        <w:t xml:space="preserve"> определяется отдельным Прайсом</w:t>
      </w:r>
      <w:r w:rsidRPr="00E41528">
        <w:rPr>
          <w:color w:val="000000"/>
          <w:lang w:val="ru-RU"/>
        </w:rPr>
        <w:t xml:space="preserve">, размещенным на Сайте по адресу: </w:t>
      </w:r>
      <w:hyperlink r:id="rId11" w:history="1">
        <w:r w:rsidR="000B62FC" w:rsidRPr="00F40C38">
          <w:rPr>
            <w:rStyle w:val="aff8"/>
          </w:rPr>
          <w:t>https</w:t>
        </w:r>
        <w:r w:rsidR="000B62FC" w:rsidRPr="00F40C38">
          <w:rPr>
            <w:rStyle w:val="aff8"/>
            <w:lang w:val="ru-RU"/>
          </w:rPr>
          <w:t>://</w:t>
        </w:r>
        <w:r w:rsidR="000B62FC" w:rsidRPr="00F40C38">
          <w:rPr>
            <w:rStyle w:val="aff8"/>
          </w:rPr>
          <w:t>offpost</w:t>
        </w:r>
        <w:r w:rsidR="000B62FC" w:rsidRPr="00F40C38">
          <w:rPr>
            <w:rStyle w:val="aff8"/>
            <w:lang w:val="ru-RU"/>
          </w:rPr>
          <w:t>.</w:t>
        </w:r>
        <w:r w:rsidR="000B62FC" w:rsidRPr="00F40C38">
          <w:rPr>
            <w:rStyle w:val="aff8"/>
          </w:rPr>
          <w:t>ru</w:t>
        </w:r>
        <w:r w:rsidR="000B62FC" w:rsidRPr="00F40C38">
          <w:rPr>
            <w:rStyle w:val="aff8"/>
            <w:lang w:val="ru-RU"/>
          </w:rPr>
          <w:t>/</w:t>
        </w:r>
        <w:r w:rsidR="000B62FC" w:rsidRPr="00F40C38">
          <w:rPr>
            <w:rStyle w:val="aff8"/>
          </w:rPr>
          <w:t>price</w:t>
        </w:r>
        <w:r w:rsidR="000B62FC" w:rsidRPr="00F40C38">
          <w:rPr>
            <w:rStyle w:val="aff8"/>
            <w:lang w:val="ru-RU"/>
          </w:rPr>
          <w:t>-</w:t>
        </w:r>
        <w:r w:rsidR="000B62FC" w:rsidRPr="00F40C38">
          <w:rPr>
            <w:rStyle w:val="aff8"/>
          </w:rPr>
          <w:t>fbo</w:t>
        </w:r>
        <w:r w:rsidR="000B62FC" w:rsidRPr="00F40C38">
          <w:rPr>
            <w:rStyle w:val="aff8"/>
            <w:lang w:val="ru-RU"/>
          </w:rPr>
          <w:t>-</w:t>
        </w:r>
        <w:r w:rsidR="000B62FC" w:rsidRPr="00F40C38">
          <w:rPr>
            <w:rStyle w:val="aff8"/>
          </w:rPr>
          <w:t>fullspace</w:t>
        </w:r>
        <w:r w:rsidR="000B62FC" w:rsidRPr="00F40C38">
          <w:rPr>
            <w:rStyle w:val="aff8"/>
            <w:lang w:val="ru-RU"/>
          </w:rPr>
          <w:t>.</w:t>
        </w:r>
        <w:r w:rsidR="000B62FC" w:rsidRPr="00F40C38">
          <w:rPr>
            <w:rStyle w:val="aff8"/>
          </w:rPr>
          <w:t>xlsx</w:t>
        </w:r>
      </w:hyperlink>
    </w:p>
    <w:p w14:paraId="6F1DF6C3" w14:textId="4B853491" w:rsidR="00B561CA" w:rsidRPr="00E41528" w:rsidRDefault="000B62FC" w:rsidP="000B62FC">
      <w:pPr>
        <w:spacing w:after="80"/>
        <w:rPr>
          <w:lang w:val="ru-RU"/>
        </w:rPr>
      </w:pPr>
      <w:r>
        <w:rPr>
          <w:color w:val="FF0000"/>
          <w:u w:val="single"/>
          <w:lang w:val="ru-RU"/>
        </w:rPr>
        <w:t xml:space="preserve"> </w:t>
      </w:r>
      <w:hyperlink r:id="rId12" w:history="1">
        <w:r w:rsidRPr="00F40C38">
          <w:rPr>
            <w:rStyle w:val="aff8"/>
          </w:rPr>
          <w:t>https</w:t>
        </w:r>
        <w:r w:rsidRPr="00F40C38">
          <w:rPr>
            <w:rStyle w:val="aff8"/>
            <w:lang w:val="ru-RU"/>
          </w:rPr>
          <w:t>://</w:t>
        </w:r>
        <w:r w:rsidRPr="00F40C38">
          <w:rPr>
            <w:rStyle w:val="aff8"/>
          </w:rPr>
          <w:t>offpost</w:t>
        </w:r>
        <w:r w:rsidRPr="00F40C38">
          <w:rPr>
            <w:rStyle w:val="aff8"/>
            <w:lang w:val="ru-RU"/>
          </w:rPr>
          <w:t>.</w:t>
        </w:r>
        <w:r w:rsidRPr="00F40C38">
          <w:rPr>
            <w:rStyle w:val="aff8"/>
          </w:rPr>
          <w:t>ru</w:t>
        </w:r>
        <w:r w:rsidRPr="00F40C38">
          <w:rPr>
            <w:rStyle w:val="aff8"/>
            <w:lang w:val="ru-RU"/>
          </w:rPr>
          <w:t>/</w:t>
        </w:r>
        <w:r w:rsidRPr="00F40C38">
          <w:rPr>
            <w:rStyle w:val="aff8"/>
          </w:rPr>
          <w:t>price</w:t>
        </w:r>
        <w:r w:rsidRPr="00F40C38">
          <w:rPr>
            <w:rStyle w:val="aff8"/>
            <w:lang w:val="ru-RU"/>
          </w:rPr>
          <w:t>-</w:t>
        </w:r>
        <w:r w:rsidRPr="00F40C38">
          <w:rPr>
            <w:rStyle w:val="aff8"/>
          </w:rPr>
          <w:t>fbs</w:t>
        </w:r>
        <w:r w:rsidRPr="00F40C38">
          <w:rPr>
            <w:rStyle w:val="aff8"/>
            <w:lang w:val="ru-RU"/>
          </w:rPr>
          <w:t>-</w:t>
        </w:r>
        <w:r w:rsidRPr="00F40C38">
          <w:rPr>
            <w:rStyle w:val="aff8"/>
          </w:rPr>
          <w:t>fullspace</w:t>
        </w:r>
        <w:r w:rsidRPr="00F40C38">
          <w:rPr>
            <w:rStyle w:val="aff8"/>
            <w:lang w:val="ru-RU"/>
          </w:rPr>
          <w:t>.</w:t>
        </w:r>
        <w:r w:rsidRPr="00F40C38">
          <w:rPr>
            <w:rStyle w:val="aff8"/>
          </w:rPr>
          <w:t>xlsx</w:t>
        </w:r>
      </w:hyperlink>
      <w:r>
        <w:rPr>
          <w:color w:val="FF0000"/>
          <w:u w:val="single"/>
          <w:lang w:val="ru-RU"/>
        </w:rPr>
        <w:t xml:space="preserve"> </w:t>
      </w:r>
    </w:p>
    <w:p w14:paraId="6B9089A1" w14:textId="49C770CB" w:rsidR="00B561CA" w:rsidRPr="00E41528" w:rsidRDefault="00895774">
      <w:pPr>
        <w:spacing w:after="80"/>
        <w:rPr>
          <w:color w:val="000000"/>
          <w:lang w:val="ru-RU"/>
        </w:rPr>
      </w:pPr>
      <w:r w:rsidRPr="00E41528">
        <w:rPr>
          <w:color w:val="000000"/>
          <w:lang w:val="ru-RU"/>
        </w:rPr>
        <w:t>7</w:t>
      </w:r>
      <w:r w:rsidR="007F4A74" w:rsidRPr="00E41528">
        <w:rPr>
          <w:color w:val="000000"/>
          <w:lang w:val="ru-RU"/>
        </w:rPr>
        <w:t>.</w:t>
      </w:r>
      <w:r w:rsidRPr="00E41528">
        <w:rPr>
          <w:color w:val="000000"/>
          <w:lang w:val="ru-RU"/>
        </w:rPr>
        <w:t>3</w:t>
      </w:r>
      <w:r w:rsidR="007F4A74" w:rsidRPr="00E41528">
        <w:rPr>
          <w:color w:val="000000"/>
          <w:lang w:val="ru-RU"/>
        </w:rPr>
        <w:t xml:space="preserve">. </w:t>
      </w:r>
      <w:r w:rsidR="00D94BEE" w:rsidRPr="00E41528">
        <w:rPr>
          <w:color w:val="000000"/>
          <w:lang w:val="ru-RU"/>
        </w:rPr>
        <w:t xml:space="preserve">Исполнитель оставляет за собой право в одностороннем порядке изменять стоимость </w:t>
      </w:r>
      <w:r w:rsidR="00611154">
        <w:rPr>
          <w:color w:val="000000"/>
          <w:lang w:val="ru-RU"/>
        </w:rPr>
        <w:t>услуг</w:t>
      </w:r>
      <w:r w:rsidR="00D94BEE" w:rsidRPr="00E41528">
        <w:rPr>
          <w:color w:val="000000"/>
          <w:lang w:val="ru-RU"/>
        </w:rPr>
        <w:t>, при этом Заказчик обязуется самостоятельно отслеживать информацию об изменении Тарифов на Сайте Исполнителя.</w:t>
      </w:r>
    </w:p>
    <w:p w14:paraId="22FCC9D2" w14:textId="2379D4FB" w:rsidR="00B561CA" w:rsidRPr="00E41528" w:rsidRDefault="00895774">
      <w:pPr>
        <w:spacing w:after="80"/>
        <w:rPr>
          <w:lang w:val="ru-RU"/>
        </w:rPr>
      </w:pPr>
      <w:r w:rsidRPr="00E41528">
        <w:rPr>
          <w:lang w:val="ru-RU"/>
        </w:rPr>
        <w:t>7</w:t>
      </w:r>
      <w:r w:rsidR="007F4A74" w:rsidRPr="00E41528">
        <w:rPr>
          <w:lang w:val="ru-RU"/>
        </w:rPr>
        <w:t>.</w:t>
      </w:r>
      <w:r w:rsidRPr="00E41528">
        <w:rPr>
          <w:lang w:val="ru-RU"/>
        </w:rPr>
        <w:t>4</w:t>
      </w:r>
      <w:r w:rsidR="007F4A74" w:rsidRPr="00E41528">
        <w:rPr>
          <w:lang w:val="ru-RU"/>
        </w:rPr>
        <w:t xml:space="preserve">. Если Заказчик продолжает пользоваться </w:t>
      </w:r>
      <w:r w:rsidR="00611154">
        <w:rPr>
          <w:lang w:val="ru-RU"/>
        </w:rPr>
        <w:t>услуг</w:t>
      </w:r>
      <w:r w:rsidR="007F4A74" w:rsidRPr="00E41528">
        <w:rPr>
          <w:lang w:val="ru-RU"/>
        </w:rPr>
        <w:t>ами после даты вступления новых тарифов в силу, это рассматривается как согласие с измененными тарифами.</w:t>
      </w:r>
    </w:p>
    <w:p w14:paraId="0D618841" w14:textId="7A7C32F0" w:rsidR="00D94BEE" w:rsidRPr="00E41528" w:rsidRDefault="00895774">
      <w:pPr>
        <w:spacing w:after="80"/>
        <w:rPr>
          <w:lang w:val="ru-RU"/>
        </w:rPr>
      </w:pPr>
      <w:r w:rsidRPr="00E41528">
        <w:rPr>
          <w:lang w:val="ru-RU"/>
        </w:rPr>
        <w:t>7</w:t>
      </w:r>
      <w:r w:rsidR="00D94BEE" w:rsidRPr="00E41528">
        <w:rPr>
          <w:lang w:val="ru-RU"/>
        </w:rPr>
        <w:t>.</w:t>
      </w:r>
      <w:r w:rsidRPr="00E41528">
        <w:rPr>
          <w:lang w:val="ru-RU"/>
        </w:rPr>
        <w:t>5</w:t>
      </w:r>
      <w:r w:rsidR="00D94BEE" w:rsidRPr="00E41528">
        <w:rPr>
          <w:lang w:val="ru-RU"/>
        </w:rPr>
        <w:t>. В случае, если при исполнении поручения Заказчика Исполнителем были понесены дополнительные расходы, они оплачиваются на основании счета, подтвержденного отчетными документами, предоставленными Исполнителем Заказчику в течение 3 (трех) рабочих дней с момента предъявления таких документов Заказчику.</w:t>
      </w:r>
    </w:p>
    <w:p w14:paraId="69256048" w14:textId="550ABA80" w:rsidR="00895774" w:rsidRPr="00E41528" w:rsidRDefault="00895774">
      <w:pPr>
        <w:spacing w:after="80"/>
        <w:rPr>
          <w:color w:val="000000"/>
          <w:lang w:val="ru-RU"/>
        </w:rPr>
      </w:pPr>
      <w:r w:rsidRPr="00E41528">
        <w:rPr>
          <w:color w:val="000000"/>
          <w:lang w:val="ru-RU"/>
        </w:rPr>
        <w:t>7</w:t>
      </w:r>
      <w:r w:rsidR="007F4A74" w:rsidRPr="00E41528">
        <w:rPr>
          <w:color w:val="000000"/>
          <w:lang w:val="ru-RU"/>
        </w:rPr>
        <w:t xml:space="preserve">.6. </w:t>
      </w:r>
      <w:r w:rsidRPr="00E41528">
        <w:rPr>
          <w:lang w:val="ru-RU"/>
        </w:rPr>
        <w:t>Расчётным периодом по договору является календарный месяц. Течение расчетного периода начинается с момента заключения Договора.</w:t>
      </w:r>
    </w:p>
    <w:p w14:paraId="1667BA33" w14:textId="77777777" w:rsidR="00895774" w:rsidRPr="00E41528" w:rsidRDefault="00895774">
      <w:pPr>
        <w:spacing w:after="80"/>
        <w:rPr>
          <w:lang w:val="ru-RU"/>
        </w:rPr>
      </w:pPr>
      <w:r w:rsidRPr="00E41528">
        <w:rPr>
          <w:color w:val="000000"/>
          <w:lang w:val="ru-RU"/>
        </w:rPr>
        <w:t xml:space="preserve">7.7. </w:t>
      </w:r>
      <w:r w:rsidRPr="00E41528">
        <w:rPr>
          <w:lang w:val="ru-RU"/>
        </w:rPr>
        <w:t>Расчёт стоимости хранения производится отдельно по каждой партии товаров на основании данных об объёме товаров и даты начала хранения, указанных в Акте приёма‑передачи.</w:t>
      </w:r>
    </w:p>
    <w:p w14:paraId="65918AB4" w14:textId="71A5E473" w:rsidR="00895774" w:rsidRPr="00E41528" w:rsidRDefault="00895774">
      <w:pPr>
        <w:spacing w:after="80"/>
        <w:rPr>
          <w:lang w:val="ru-RU"/>
        </w:rPr>
      </w:pPr>
      <w:r w:rsidRPr="00E41528">
        <w:rPr>
          <w:lang w:val="ru-RU"/>
        </w:rPr>
        <w:t xml:space="preserve">7.8. Расчёт стоимости </w:t>
      </w:r>
      <w:r w:rsidR="00611154">
        <w:rPr>
          <w:lang w:val="ru-RU"/>
        </w:rPr>
        <w:t>услуг</w:t>
      </w:r>
      <w:r w:rsidRPr="00E41528">
        <w:rPr>
          <w:lang w:val="ru-RU"/>
        </w:rPr>
        <w:t xml:space="preserve"> по обработке заказов производится отдельно по каждому заказу. Итоговый размер платы определяется суммированием стоимости обработки всех заказов за отчётный период.</w:t>
      </w:r>
    </w:p>
    <w:p w14:paraId="0C376152" w14:textId="3E1754E3" w:rsidR="00942B43" w:rsidRPr="00E41528" w:rsidRDefault="00895774" w:rsidP="00942B43">
      <w:pPr>
        <w:spacing w:after="80"/>
        <w:rPr>
          <w:lang w:val="ru-RU"/>
        </w:rPr>
      </w:pPr>
      <w:r w:rsidRPr="00E41528">
        <w:rPr>
          <w:lang w:val="ru-RU"/>
        </w:rPr>
        <w:t>7</w:t>
      </w:r>
      <w:r w:rsidR="00942B43" w:rsidRPr="00E41528">
        <w:rPr>
          <w:lang w:val="ru-RU"/>
        </w:rPr>
        <w:t>.</w:t>
      </w:r>
      <w:r w:rsidRPr="00E41528">
        <w:rPr>
          <w:lang w:val="ru-RU"/>
        </w:rPr>
        <w:t>9</w:t>
      </w:r>
      <w:r w:rsidR="00942B43" w:rsidRPr="00E41528">
        <w:rPr>
          <w:lang w:val="ru-RU"/>
        </w:rPr>
        <w:t xml:space="preserve">. Оплата </w:t>
      </w:r>
      <w:r w:rsidR="00611154">
        <w:rPr>
          <w:lang w:val="ru-RU"/>
        </w:rPr>
        <w:t>услуг</w:t>
      </w:r>
      <w:r w:rsidR="00942B43" w:rsidRPr="00E41528">
        <w:rPr>
          <w:lang w:val="ru-RU"/>
        </w:rPr>
        <w:t xml:space="preserve"> Исполнителя осуществляется в российских рублях безналичным способом путем перечисления Заказчиком денежных средств на расчетный счет Исполнителя.</w:t>
      </w:r>
    </w:p>
    <w:p w14:paraId="439D3851" w14:textId="1BB0F29C" w:rsidR="00942B43" w:rsidRPr="00E41528" w:rsidRDefault="00895774" w:rsidP="00942B43">
      <w:pPr>
        <w:spacing w:after="80"/>
        <w:rPr>
          <w:lang w:val="ru-RU"/>
        </w:rPr>
      </w:pPr>
      <w:r w:rsidRPr="00E41528">
        <w:rPr>
          <w:lang w:val="ru-RU"/>
        </w:rPr>
        <w:t>7</w:t>
      </w:r>
      <w:r w:rsidR="00942B43" w:rsidRPr="00E41528">
        <w:rPr>
          <w:lang w:val="ru-RU"/>
        </w:rPr>
        <w:t>.</w:t>
      </w:r>
      <w:r w:rsidRPr="00E41528">
        <w:rPr>
          <w:lang w:val="ru-RU"/>
        </w:rPr>
        <w:t>10</w:t>
      </w:r>
      <w:r w:rsidR="00942B43" w:rsidRPr="00E41528">
        <w:rPr>
          <w:lang w:val="ru-RU"/>
        </w:rPr>
        <w:t xml:space="preserve">. Оплата </w:t>
      </w:r>
      <w:r w:rsidR="00611154">
        <w:rPr>
          <w:lang w:val="ru-RU"/>
        </w:rPr>
        <w:t>услуг</w:t>
      </w:r>
      <w:r w:rsidR="00942B43" w:rsidRPr="00E41528">
        <w:rPr>
          <w:lang w:val="ru-RU"/>
        </w:rPr>
        <w:t xml:space="preserve"> за расчетный период (календарный месяц) осуществляется в срок не более 3 (трех) рабочих дней со дня получения Заказчиком счёта</w:t>
      </w:r>
      <w:r w:rsidR="00611154">
        <w:rPr>
          <w:lang w:val="ru-RU"/>
        </w:rPr>
        <w:t xml:space="preserve">. Заказчик вправе запросить </w:t>
      </w:r>
      <w:r w:rsidR="00942B43" w:rsidRPr="00E41528">
        <w:rPr>
          <w:lang w:val="ru-RU"/>
        </w:rPr>
        <w:t>Детализаци</w:t>
      </w:r>
      <w:r w:rsidR="00611154">
        <w:rPr>
          <w:lang w:val="ru-RU"/>
        </w:rPr>
        <w:t>ю</w:t>
      </w:r>
      <w:r w:rsidR="00942B43" w:rsidRPr="00E41528">
        <w:rPr>
          <w:lang w:val="ru-RU"/>
        </w:rPr>
        <w:t xml:space="preserve"> оказанных </w:t>
      </w:r>
      <w:r w:rsidR="00611154">
        <w:rPr>
          <w:lang w:val="ru-RU"/>
        </w:rPr>
        <w:t>услуг</w:t>
      </w:r>
      <w:r w:rsidR="00942B43" w:rsidRPr="00E41528">
        <w:rPr>
          <w:lang w:val="ru-RU"/>
        </w:rPr>
        <w:t xml:space="preserve"> от Исполнителя.</w:t>
      </w:r>
    </w:p>
    <w:p w14:paraId="018657BE" w14:textId="1D52EF67" w:rsidR="00942B43" w:rsidRPr="00E41528" w:rsidRDefault="00895774" w:rsidP="00942B43">
      <w:pPr>
        <w:spacing w:after="80"/>
        <w:rPr>
          <w:lang w:val="ru-RU"/>
        </w:rPr>
      </w:pPr>
      <w:r w:rsidRPr="00E41528">
        <w:rPr>
          <w:lang w:val="ru-RU"/>
        </w:rPr>
        <w:t>7</w:t>
      </w:r>
      <w:r w:rsidR="00942B43" w:rsidRPr="00E41528">
        <w:rPr>
          <w:lang w:val="ru-RU"/>
        </w:rPr>
        <w:t>.</w:t>
      </w:r>
      <w:r w:rsidRPr="00E41528">
        <w:rPr>
          <w:lang w:val="ru-RU"/>
        </w:rPr>
        <w:t>11</w:t>
      </w:r>
      <w:r w:rsidR="00942B43" w:rsidRPr="00E41528">
        <w:rPr>
          <w:lang w:val="ru-RU"/>
        </w:rPr>
        <w:t>. В случае возникновения разногласий с Исполнителем по Детализации, указанные разногласия согласовываются в течение 1 (одного) рабочего дня. День, предусмотренный для согласования разногласий, не является основанием для отсрочки оплаты счета.</w:t>
      </w:r>
    </w:p>
    <w:p w14:paraId="19E0BF1C" w14:textId="2492897B" w:rsidR="00942B43" w:rsidRPr="00E41528" w:rsidRDefault="00895774" w:rsidP="00942B43">
      <w:pPr>
        <w:spacing w:after="80"/>
        <w:rPr>
          <w:lang w:val="ru-RU"/>
        </w:rPr>
      </w:pPr>
      <w:r w:rsidRPr="00E41528">
        <w:rPr>
          <w:lang w:val="ru-RU"/>
        </w:rPr>
        <w:t>7</w:t>
      </w:r>
      <w:r w:rsidR="00942B43" w:rsidRPr="00E41528">
        <w:rPr>
          <w:lang w:val="ru-RU"/>
        </w:rPr>
        <w:t>.1</w:t>
      </w:r>
      <w:r w:rsidRPr="00E41528">
        <w:rPr>
          <w:lang w:val="ru-RU"/>
        </w:rPr>
        <w:t>2</w:t>
      </w:r>
      <w:r w:rsidR="00942B43" w:rsidRPr="00E41528">
        <w:rPr>
          <w:lang w:val="ru-RU"/>
        </w:rPr>
        <w:t>. Обязательство по оплате считается исполненным Заказчиком в момент зачисления денежных средств на расчетный счет Исполнителя.</w:t>
      </w:r>
    </w:p>
    <w:p w14:paraId="552836F0" w14:textId="43168E73" w:rsidR="00942B43" w:rsidRPr="00E41528" w:rsidRDefault="00895774" w:rsidP="00942B43">
      <w:pPr>
        <w:spacing w:after="80"/>
        <w:rPr>
          <w:lang w:val="ru-RU"/>
        </w:rPr>
      </w:pPr>
      <w:r w:rsidRPr="00E41528">
        <w:rPr>
          <w:lang w:val="ru-RU"/>
        </w:rPr>
        <w:t>7</w:t>
      </w:r>
      <w:r w:rsidR="00942B43" w:rsidRPr="00E41528">
        <w:rPr>
          <w:lang w:val="ru-RU"/>
        </w:rPr>
        <w:t>.1</w:t>
      </w:r>
      <w:r w:rsidRPr="00E41528">
        <w:rPr>
          <w:lang w:val="ru-RU"/>
        </w:rPr>
        <w:t>3</w:t>
      </w:r>
      <w:r w:rsidR="00942B43" w:rsidRPr="00E41528">
        <w:rPr>
          <w:lang w:val="ru-RU"/>
        </w:rPr>
        <w:t xml:space="preserve">. Исполнитель вправе менять стоимость </w:t>
      </w:r>
      <w:r w:rsidR="00611154">
        <w:rPr>
          <w:lang w:val="ru-RU"/>
        </w:rPr>
        <w:t>услуг</w:t>
      </w:r>
      <w:r w:rsidR="00942B43" w:rsidRPr="00E41528">
        <w:rPr>
          <w:lang w:val="ru-RU"/>
        </w:rPr>
        <w:t>, уведомив об этом Заказчика не позднее чем за 30 (тридцати) календарных дней до фактического вступления новых условий в силу.</w:t>
      </w:r>
    </w:p>
    <w:p w14:paraId="5D60FC8E" w14:textId="51CEEA00" w:rsidR="00B561CA" w:rsidRPr="00E41528" w:rsidRDefault="00895774">
      <w:pPr>
        <w:spacing w:before="180" w:after="100"/>
        <w:rPr>
          <w:lang w:val="ru-RU"/>
        </w:rPr>
      </w:pPr>
      <w:r w:rsidRPr="00E41528">
        <w:rPr>
          <w:b/>
          <w:color w:val="000000"/>
          <w:sz w:val="26"/>
          <w:lang w:val="ru-RU"/>
        </w:rPr>
        <w:t>8</w:t>
      </w:r>
      <w:r w:rsidR="007F4A74" w:rsidRPr="00E41528">
        <w:rPr>
          <w:b/>
          <w:color w:val="000000"/>
          <w:sz w:val="26"/>
          <w:lang w:val="ru-RU"/>
        </w:rPr>
        <w:t>. ОТВЕТСТВЕННОСТЬ СТОРОН</w:t>
      </w:r>
    </w:p>
    <w:p w14:paraId="58FC3ED2" w14:textId="6AC71E77" w:rsidR="00942B43" w:rsidRPr="00E41528" w:rsidRDefault="00895774" w:rsidP="00942B43">
      <w:pPr>
        <w:spacing w:after="80"/>
        <w:rPr>
          <w:lang w:val="ru-RU"/>
        </w:rPr>
      </w:pPr>
      <w:r w:rsidRPr="00E41528">
        <w:rPr>
          <w:lang w:val="ru-RU"/>
        </w:rPr>
        <w:t>8</w:t>
      </w:r>
      <w:r w:rsidR="00942B43" w:rsidRPr="00E41528">
        <w:rPr>
          <w:lang w:val="ru-RU"/>
        </w:rPr>
        <w:t>.1. За неисполнение или ненадлежащее исполнение обязательств по Договору Стороны несут ответственность, предусмотренную Договором и законодательством Российской Федерации.</w:t>
      </w:r>
    </w:p>
    <w:p w14:paraId="6002E23E" w14:textId="0BE94B40" w:rsidR="00942B43" w:rsidRPr="00E41528" w:rsidRDefault="00895774" w:rsidP="00942B43">
      <w:pPr>
        <w:spacing w:after="80"/>
        <w:rPr>
          <w:lang w:val="ru-RU"/>
        </w:rPr>
      </w:pPr>
      <w:r w:rsidRPr="00E41528">
        <w:rPr>
          <w:lang w:val="ru-RU"/>
        </w:rPr>
        <w:t>8</w:t>
      </w:r>
      <w:r w:rsidR="00942B43" w:rsidRPr="00E41528">
        <w:rPr>
          <w:lang w:val="ru-RU"/>
        </w:rPr>
        <w:t xml:space="preserve">.2. В случае несоблюдения сроков, указанных в Заявке, по вине Исполнителя, Заказчик вправе требовать неустойки в размере 0,1 % от стоимости </w:t>
      </w:r>
      <w:r w:rsidR="00611154">
        <w:rPr>
          <w:lang w:val="ru-RU"/>
        </w:rPr>
        <w:t>услуг</w:t>
      </w:r>
      <w:r w:rsidR="00942B43" w:rsidRPr="00E41528">
        <w:rPr>
          <w:lang w:val="ru-RU"/>
        </w:rPr>
        <w:t>, чей срок оказания нарушен.</w:t>
      </w:r>
    </w:p>
    <w:p w14:paraId="69AE4A33" w14:textId="296828ED" w:rsidR="00942B43" w:rsidRPr="00E41528" w:rsidRDefault="00895774" w:rsidP="00942B43">
      <w:pPr>
        <w:spacing w:after="80"/>
        <w:rPr>
          <w:lang w:val="ru-RU"/>
        </w:rPr>
      </w:pPr>
      <w:r w:rsidRPr="00E41528">
        <w:rPr>
          <w:lang w:val="ru-RU"/>
        </w:rPr>
        <w:t>8</w:t>
      </w:r>
      <w:r w:rsidR="00942B43" w:rsidRPr="00E41528">
        <w:rPr>
          <w:lang w:val="ru-RU"/>
        </w:rPr>
        <w:t>.3. В случае нарушения сроков оплаты Заказчиком, предусмотренных Договором, Исполнитель вправе требовать неустойку в размере 0,1 % от суммы просроченного платежа за каждый день просрочки.</w:t>
      </w:r>
    </w:p>
    <w:p w14:paraId="5E617306" w14:textId="6983FDFF" w:rsidR="00942B43" w:rsidRPr="00E41528" w:rsidRDefault="00895774" w:rsidP="00942B43">
      <w:pPr>
        <w:spacing w:after="80"/>
        <w:rPr>
          <w:lang w:val="ru-RU"/>
        </w:rPr>
      </w:pPr>
      <w:r w:rsidRPr="00E41528">
        <w:rPr>
          <w:lang w:val="ru-RU"/>
        </w:rPr>
        <w:t>8</w:t>
      </w:r>
      <w:r w:rsidR="00942B43" w:rsidRPr="00E41528">
        <w:rPr>
          <w:lang w:val="ru-RU"/>
        </w:rPr>
        <w:t xml:space="preserve">.4. Заказчик обязан возмещать Исполнителю ущерб, причиненный имуществу Исполнителя, а также ущерб, причиненный Исполнителю в связи с необходимостью возмещения последним ущерба имуществу третьих лиц (в том числе других заказчиков), действиями или бездействиями Заказчика или сотрудников Заказчика, а также возместить в полном размере иные причиненные убытки. Размер подлежащего возмещению Заказчиком ущерба определяется в Акте, составленном Исполнителем при участии представителя Заказчика. В случае неявки представителя Заказчика в срок, указанный в извещении </w:t>
      </w:r>
      <w:r w:rsidR="00942B43" w:rsidRPr="00E41528">
        <w:rPr>
          <w:lang w:val="ru-RU"/>
        </w:rPr>
        <w:lastRenderedPageBreak/>
        <w:t xml:space="preserve">Исполнителя, Исполнитель имеет право оформить указанный Акт в одностороннем порядке. Причиненный ущерб должен быть возмещен Заказчиком в срок не позднее 5 (пяти) банковских дней с даты составления указанного Акта. </w:t>
      </w:r>
    </w:p>
    <w:p w14:paraId="5B86879E" w14:textId="29279E51" w:rsidR="00942B43" w:rsidRPr="00E41528" w:rsidRDefault="00895774" w:rsidP="00942B43">
      <w:pPr>
        <w:spacing w:after="80"/>
        <w:rPr>
          <w:lang w:val="ru-RU"/>
        </w:rPr>
      </w:pPr>
      <w:r w:rsidRPr="00E41528">
        <w:rPr>
          <w:lang w:val="ru-RU"/>
        </w:rPr>
        <w:t>8</w:t>
      </w:r>
      <w:r w:rsidR="00942B43" w:rsidRPr="00E41528">
        <w:rPr>
          <w:lang w:val="ru-RU"/>
        </w:rPr>
        <w:t xml:space="preserve">.5. В целях обеспечения погашения задолженности Заказчика Исполнитель имеет право приостановить оказание </w:t>
      </w:r>
      <w:r w:rsidR="00611154">
        <w:rPr>
          <w:lang w:val="ru-RU"/>
        </w:rPr>
        <w:t>услуг</w:t>
      </w:r>
      <w:r w:rsidR="00942B43" w:rsidRPr="00E41528">
        <w:rPr>
          <w:lang w:val="ru-RU"/>
        </w:rPr>
        <w:t xml:space="preserve">, а также удержать товар, переданный Заказчиком на хранение, в соответствии со ст. 359 Гражданского кодекса Российской Федеральной Федерации до момента исполнения Заказчиком обязательств по оплате в полном объеме. При этом Исполнитель не несет материальной ответственности перед Заказчиком за возможные убытки Заказчика. </w:t>
      </w:r>
    </w:p>
    <w:p w14:paraId="530D9B74" w14:textId="3E22B730" w:rsidR="00942B43" w:rsidRPr="00E41528" w:rsidRDefault="00895774" w:rsidP="00942B43">
      <w:pPr>
        <w:spacing w:after="80"/>
        <w:rPr>
          <w:lang w:val="ru-RU"/>
        </w:rPr>
      </w:pPr>
      <w:r w:rsidRPr="00E41528">
        <w:rPr>
          <w:lang w:val="ru-RU"/>
        </w:rPr>
        <w:t>8</w:t>
      </w:r>
      <w:r w:rsidR="00942B43" w:rsidRPr="00E41528">
        <w:rPr>
          <w:lang w:val="ru-RU"/>
        </w:rPr>
        <w:t xml:space="preserve">.5.1. Исполнитель направляет уведомление в адрес Заказчика о задолженности и удержании товара в целях обеспечения погашения Заказчиком указанной задолженности и предлагает Заказчику направить своего представителя по адресу местонахождения товара для составления описи. В случае неприбытия представителя Заказчика по указанному адресу в течение 24 (двадцати четырех) часов с момента направления Исполнителем уведомления Исполнитель составляет опись удерживаемого товара в одностороннем порядке. </w:t>
      </w:r>
    </w:p>
    <w:p w14:paraId="4C118FED" w14:textId="5C307C8D" w:rsidR="00942B43" w:rsidRPr="00E41528" w:rsidRDefault="00895774" w:rsidP="00942B43">
      <w:pPr>
        <w:spacing w:after="80"/>
        <w:rPr>
          <w:lang w:val="ru-RU"/>
        </w:rPr>
      </w:pPr>
      <w:r w:rsidRPr="00E41528">
        <w:rPr>
          <w:lang w:val="ru-RU"/>
        </w:rPr>
        <w:t>8</w:t>
      </w:r>
      <w:r w:rsidR="00942B43" w:rsidRPr="00E41528">
        <w:rPr>
          <w:lang w:val="ru-RU"/>
        </w:rPr>
        <w:t xml:space="preserve">.5.2. Исполнитель вправе согласно ст. ст. 360, 350.1 Гражданского кодекса Российской Федерации осуществить реализацию удержанного им товара во внесудебном порядке по выбору путем: </w:t>
      </w:r>
    </w:p>
    <w:p w14:paraId="58CB4852" w14:textId="77777777" w:rsidR="00942B43" w:rsidRPr="00E41528" w:rsidRDefault="00942B43" w:rsidP="00942B43">
      <w:pPr>
        <w:spacing w:after="80"/>
        <w:rPr>
          <w:lang w:val="ru-RU"/>
        </w:rPr>
      </w:pPr>
      <w:r w:rsidRPr="00E41528">
        <w:rPr>
          <w:lang w:val="ru-RU"/>
        </w:rPr>
        <w:t xml:space="preserve">1) продажи удержанного товара на торгах (способ реализации на торгах определяет Исполнитель); </w:t>
      </w:r>
    </w:p>
    <w:p w14:paraId="09A247BC" w14:textId="77777777" w:rsidR="00942B43" w:rsidRPr="00E41528" w:rsidRDefault="00942B43" w:rsidP="00942B43">
      <w:pPr>
        <w:spacing w:after="80"/>
        <w:rPr>
          <w:lang w:val="ru-RU"/>
        </w:rPr>
      </w:pPr>
      <w:r w:rsidRPr="00E41528">
        <w:rPr>
          <w:lang w:val="ru-RU"/>
        </w:rPr>
        <w:t xml:space="preserve">2) оставления удержанного товара за собой, в том числе посредством поступления удерживаемого товара в собственность Исполнителя; </w:t>
      </w:r>
    </w:p>
    <w:p w14:paraId="31A6B7E3" w14:textId="77777777" w:rsidR="00942B43" w:rsidRPr="00E41528" w:rsidRDefault="00942B43" w:rsidP="00942B43">
      <w:pPr>
        <w:spacing w:after="80"/>
        <w:rPr>
          <w:lang w:val="ru-RU"/>
        </w:rPr>
      </w:pPr>
      <w:r w:rsidRPr="00E41528">
        <w:rPr>
          <w:lang w:val="ru-RU"/>
        </w:rPr>
        <w:t xml:space="preserve">3) продажи удержанного товара другому лицу с удержанием из вырученных денег суммы обеспеченного удержанным товаром обязательства. </w:t>
      </w:r>
    </w:p>
    <w:p w14:paraId="63E948F8" w14:textId="77777777" w:rsidR="00942B43" w:rsidRPr="00E41528" w:rsidRDefault="00942B43" w:rsidP="00942B43">
      <w:pPr>
        <w:spacing w:after="80"/>
        <w:rPr>
          <w:lang w:val="ru-RU"/>
        </w:rPr>
      </w:pPr>
      <w:r w:rsidRPr="00E41528">
        <w:rPr>
          <w:lang w:val="ru-RU"/>
        </w:rPr>
        <w:t>О начале процедуры реализации Товара Исполнитель уведомляет Заказчика за 10 (десять) календарных дней.</w:t>
      </w:r>
    </w:p>
    <w:p w14:paraId="07A13334" w14:textId="38098BA7" w:rsidR="00942B43" w:rsidRPr="00E41528" w:rsidRDefault="00895774" w:rsidP="00942B43">
      <w:pPr>
        <w:spacing w:after="80"/>
        <w:rPr>
          <w:lang w:val="ru-RU"/>
        </w:rPr>
      </w:pPr>
      <w:r w:rsidRPr="00E41528">
        <w:rPr>
          <w:lang w:val="ru-RU"/>
        </w:rPr>
        <w:t>8</w:t>
      </w:r>
      <w:r w:rsidR="00942B43" w:rsidRPr="00E41528">
        <w:rPr>
          <w:lang w:val="ru-RU"/>
        </w:rPr>
        <w:t>.6. Выплата неустойки и возмещение причиненного ущерба не освобождают Стороны от выполнения обязательств, взятых на себя по Договору.</w:t>
      </w:r>
    </w:p>
    <w:p w14:paraId="4E3614F3" w14:textId="5409B4E2" w:rsidR="00942B43" w:rsidRPr="00E41528" w:rsidRDefault="00895774" w:rsidP="00942B43">
      <w:pPr>
        <w:spacing w:after="80"/>
        <w:rPr>
          <w:lang w:val="ru-RU"/>
        </w:rPr>
      </w:pPr>
      <w:r w:rsidRPr="00E41528">
        <w:rPr>
          <w:lang w:val="ru-RU"/>
        </w:rPr>
        <w:t>8</w:t>
      </w:r>
      <w:r w:rsidR="00942B43" w:rsidRPr="00E41528">
        <w:rPr>
          <w:lang w:val="ru-RU"/>
        </w:rPr>
        <w:t>.7. В случае порчи Товара по вине Исполнителя, Заказчику возмещаются затраты, исходя из закупочной стоимости указанного Товара.</w:t>
      </w:r>
    </w:p>
    <w:p w14:paraId="0BCE9DED" w14:textId="09E35D1A" w:rsidR="00942B43" w:rsidRPr="00E41528" w:rsidRDefault="00895774" w:rsidP="00942B43">
      <w:pPr>
        <w:spacing w:after="80"/>
        <w:rPr>
          <w:lang w:val="ru-RU"/>
        </w:rPr>
      </w:pPr>
      <w:r w:rsidRPr="00E41528">
        <w:rPr>
          <w:lang w:val="ru-RU"/>
        </w:rPr>
        <w:t>8</w:t>
      </w:r>
      <w:r w:rsidR="00942B43" w:rsidRPr="00E41528">
        <w:rPr>
          <w:lang w:val="ru-RU"/>
        </w:rPr>
        <w:t xml:space="preserve">.8. В случае несвоевременной оплаты </w:t>
      </w:r>
      <w:r w:rsidR="00611154">
        <w:rPr>
          <w:lang w:val="ru-RU"/>
        </w:rPr>
        <w:t>услуг</w:t>
      </w:r>
      <w:r w:rsidR="00942B43" w:rsidRPr="00E41528">
        <w:rPr>
          <w:lang w:val="ru-RU"/>
        </w:rPr>
        <w:t xml:space="preserve"> по Договору, Исполнитель вправе приостановить операции с товаром Заказчика до полного погашения образовавшейся задолженности. При просрочке оплаты </w:t>
      </w:r>
      <w:r w:rsidR="00611154">
        <w:rPr>
          <w:lang w:val="ru-RU"/>
        </w:rPr>
        <w:t>услуг</w:t>
      </w:r>
      <w:r w:rsidR="00942B43" w:rsidRPr="00E41528">
        <w:rPr>
          <w:lang w:val="ru-RU"/>
        </w:rPr>
        <w:t xml:space="preserve"> Исполнителя более чем на 20 (двадцать) календарных дней в одностороннем порядке отказаться от исполнения Договора и потребовать от Заказчика забрать сданный на хранение товар течение 30 (тридцати) календарных дней, предварительно оплатив все </w:t>
      </w:r>
      <w:r w:rsidR="00611154">
        <w:rPr>
          <w:lang w:val="ru-RU"/>
        </w:rPr>
        <w:t>услуг</w:t>
      </w:r>
      <w:r w:rsidR="00942B43" w:rsidRPr="00E41528">
        <w:rPr>
          <w:lang w:val="ru-RU"/>
        </w:rPr>
        <w:t>и Исполнителя.</w:t>
      </w:r>
    </w:p>
    <w:p w14:paraId="108D32F1" w14:textId="669307D2" w:rsidR="00942B43" w:rsidRPr="00E41528" w:rsidRDefault="00895774" w:rsidP="00942B43">
      <w:pPr>
        <w:spacing w:after="80"/>
        <w:rPr>
          <w:lang w:val="ru-RU"/>
        </w:rPr>
      </w:pPr>
      <w:r w:rsidRPr="00E41528">
        <w:rPr>
          <w:lang w:val="ru-RU"/>
        </w:rPr>
        <w:t>8</w:t>
      </w:r>
      <w:r w:rsidR="00942B43" w:rsidRPr="00E41528">
        <w:rPr>
          <w:lang w:val="ru-RU"/>
        </w:rPr>
        <w:t xml:space="preserve">.9. В случае несогласия Заказчика с качеством исполнения поданной им Заявки, Заказчик должен в течение 3 (трёх) календарных дней с момента окончания выполнения Заявки уведомить об этом Исполнителя с указанием обстоятельств ненадлежащего исполнения по мнению Заказчика, в том числе касаемо количества и качества товара, выпущенного со склада Исполнителя. В противном случае, по истечении 3 (трёх) календарных дней с момента исполнения заявки, </w:t>
      </w:r>
      <w:r w:rsidR="00611154">
        <w:rPr>
          <w:lang w:val="ru-RU"/>
        </w:rPr>
        <w:t>услуг</w:t>
      </w:r>
      <w:r w:rsidR="00942B43" w:rsidRPr="00E41528">
        <w:rPr>
          <w:lang w:val="ru-RU"/>
        </w:rPr>
        <w:t>а будет считаться оказанной надлежащего качества и претензии по ней не могут быть предъявлены Исполнителю.</w:t>
      </w:r>
    </w:p>
    <w:p w14:paraId="13E7F09D" w14:textId="1A18F124" w:rsidR="00942B43" w:rsidRPr="00E41528" w:rsidRDefault="00895774" w:rsidP="00942B43">
      <w:pPr>
        <w:spacing w:after="80"/>
        <w:rPr>
          <w:lang w:val="ru-RU"/>
        </w:rPr>
      </w:pPr>
      <w:r w:rsidRPr="00E41528">
        <w:rPr>
          <w:lang w:val="ru-RU"/>
        </w:rPr>
        <w:t>8</w:t>
      </w:r>
      <w:r w:rsidR="00942B43" w:rsidRPr="00E41528">
        <w:rPr>
          <w:lang w:val="ru-RU"/>
        </w:rPr>
        <w:t xml:space="preserve">.10. Стороны пришли к соглашению о том, что Заказчик в соответствии со ст. 406.1 Гражданского кодекса РФ возмещает имущественные потери Исполнителя, возникшие в случае применения к Исполнителю административных наказаний уполномоченными органами, если применение таких административных наказаний связано с нарушением Заказчиком обязательств в соответствии с условиями Договора. Размер указанного возмещения равняется сумме административных штрафов, наложенных на Исполнителя (в случае если уполномоченным органом применено административное наказание в виде штрафа) и (или) сумме имущественных потерь, понесённых Исполнителем в результате применения </w:t>
      </w:r>
      <w:r w:rsidR="00942B43" w:rsidRPr="00E41528">
        <w:rPr>
          <w:lang w:val="ru-RU"/>
        </w:rPr>
        <w:lastRenderedPageBreak/>
        <w:t>уполномоченным органом административного наказания в виде административного приостановления деятельности Исполнителя (в случае если уполномоченным органом применено административное наказание в виде административного приостановления деятельности). Заказчик выполняет требование Исполнителя о возмещении имущественных потерь в течение 20 (двадцати) календарных дней со дня предъявления соответствующего требования.</w:t>
      </w:r>
    </w:p>
    <w:p w14:paraId="44067F31" w14:textId="57932113" w:rsidR="00942B43" w:rsidRPr="00E41528" w:rsidRDefault="00895774" w:rsidP="00942B43">
      <w:pPr>
        <w:spacing w:after="80"/>
        <w:rPr>
          <w:lang w:val="ru-RU"/>
        </w:rPr>
      </w:pPr>
      <w:r w:rsidRPr="00E41528">
        <w:rPr>
          <w:lang w:val="ru-RU"/>
        </w:rPr>
        <w:t>8</w:t>
      </w:r>
      <w:r w:rsidR="00942B43" w:rsidRPr="00E41528">
        <w:rPr>
          <w:lang w:val="ru-RU"/>
        </w:rPr>
        <w:t>.11. Стороны освобождаются от ответственности за частичное или полное неисполнение обязательств по Договору, если это неисполнение явилось следствием обстоятельств непреодолимой силы, возникших после заключения Договора в результате обстоятельств чрезвычайного характера, которые Стороны не могли предвидеть или предотвратить.</w:t>
      </w:r>
    </w:p>
    <w:p w14:paraId="484A5191" w14:textId="473EA5C5" w:rsidR="00942B43" w:rsidRPr="00E41528" w:rsidRDefault="00895774" w:rsidP="00942B43">
      <w:pPr>
        <w:spacing w:after="80"/>
        <w:rPr>
          <w:lang w:val="ru-RU"/>
        </w:rPr>
      </w:pPr>
      <w:r w:rsidRPr="00E41528">
        <w:rPr>
          <w:lang w:val="ru-RU"/>
        </w:rPr>
        <w:t>8</w:t>
      </w:r>
      <w:r w:rsidR="00942B43" w:rsidRPr="00E41528">
        <w:rPr>
          <w:lang w:val="ru-RU"/>
        </w:rPr>
        <w:t>.12. При наступлении обстоятельств непреодолимой силы, Сторона должна без промедления известить о них в письменном виде другую Сторону. Извещение должно содержать данные о характере обстоятельств, а также официальные документы, удостоверяющие наличие этих обстоятельств и их влияния на возможность исполнения Стороной своих обязательств по Договору.</w:t>
      </w:r>
    </w:p>
    <w:p w14:paraId="429EAD21" w14:textId="0F450FD3" w:rsidR="00942B43" w:rsidRPr="00E41528" w:rsidRDefault="00895774" w:rsidP="00942B43">
      <w:pPr>
        <w:spacing w:after="80"/>
        <w:rPr>
          <w:lang w:val="ru-RU"/>
        </w:rPr>
      </w:pPr>
      <w:r w:rsidRPr="00E41528">
        <w:rPr>
          <w:lang w:val="ru-RU"/>
        </w:rPr>
        <w:t>8</w:t>
      </w:r>
      <w:r w:rsidR="00942B43" w:rsidRPr="00E41528">
        <w:rPr>
          <w:lang w:val="ru-RU"/>
        </w:rPr>
        <w:t>.13. В случае наступления обстоятельств непреодолимой силы, срок выполнения Стороной обязательств по Договору переносится соразмерно времени, в течение которого действуют эти обстоятельства и их последствия.</w:t>
      </w:r>
    </w:p>
    <w:p w14:paraId="3D116DF2" w14:textId="3758E1E8" w:rsidR="00B561CA" w:rsidRPr="00E41528" w:rsidRDefault="007F4A74">
      <w:pPr>
        <w:spacing w:before="180" w:after="100"/>
        <w:rPr>
          <w:lang w:val="ru-RU"/>
        </w:rPr>
      </w:pPr>
      <w:r w:rsidRPr="00E41528">
        <w:rPr>
          <w:b/>
          <w:color w:val="000000"/>
          <w:sz w:val="26"/>
          <w:lang w:val="ru-RU"/>
        </w:rPr>
        <w:t xml:space="preserve">9. </w:t>
      </w:r>
      <w:r w:rsidR="00FD478B" w:rsidRPr="00E41528">
        <w:rPr>
          <w:b/>
          <w:color w:val="000000"/>
          <w:sz w:val="26"/>
          <w:lang w:val="ru-RU"/>
        </w:rPr>
        <w:t>СРОК ДЕЙСТВИЯ И РАСТОРЖЕНИЕ</w:t>
      </w:r>
    </w:p>
    <w:p w14:paraId="0BFBAC72" w14:textId="176D967C" w:rsidR="00FD478B" w:rsidRPr="00E41528" w:rsidRDefault="00FD478B" w:rsidP="00FD478B">
      <w:pPr>
        <w:spacing w:after="80"/>
        <w:rPr>
          <w:lang w:val="ru-RU"/>
        </w:rPr>
      </w:pPr>
      <w:r w:rsidRPr="00E41528">
        <w:rPr>
          <w:lang w:val="ru-RU"/>
        </w:rPr>
        <w:t>9.1. Договор вступает в силу с момента подписания его обеими Сторонами и действует один год. Договор пролонгируется на следующий год автоматически, если ни одна из сторон не уведомит другую о его расторжении в письменном виде за 30 (тридцать) дней до окончания срока действия договора.</w:t>
      </w:r>
    </w:p>
    <w:p w14:paraId="51133994" w14:textId="6159D9F6" w:rsidR="00FD478B" w:rsidRPr="00E41528" w:rsidRDefault="00FD478B" w:rsidP="00FD478B">
      <w:pPr>
        <w:spacing w:after="80"/>
        <w:rPr>
          <w:lang w:val="ru-RU"/>
        </w:rPr>
      </w:pPr>
      <w:r w:rsidRPr="00E41528">
        <w:rPr>
          <w:lang w:val="ru-RU"/>
        </w:rPr>
        <w:t xml:space="preserve">9.2. Сторона вправе в одностороннем порядке отказаться от исполнения Договора, направив соответствующее извещение другой Стороне не позднее, чем за 30 (тридцать) календарных дней до предполагаемой даты расторжения Договора. Заказчик вправе в одностороннем порядке отказаться от исполнения Договора, только после оплаты стоимости фактически оказанных </w:t>
      </w:r>
      <w:r w:rsidR="00611154">
        <w:rPr>
          <w:lang w:val="ru-RU"/>
        </w:rPr>
        <w:t>услуг</w:t>
      </w:r>
      <w:r w:rsidRPr="00E41528">
        <w:rPr>
          <w:lang w:val="ru-RU"/>
        </w:rPr>
        <w:t>, выполненных Исполнителем до получения извещения.</w:t>
      </w:r>
    </w:p>
    <w:p w14:paraId="576DEC3D" w14:textId="097ACF77" w:rsidR="00FD478B" w:rsidRPr="00E41528" w:rsidRDefault="00FD478B" w:rsidP="00FD478B">
      <w:pPr>
        <w:spacing w:after="80"/>
        <w:rPr>
          <w:lang w:val="ru-RU"/>
        </w:rPr>
      </w:pPr>
      <w:r w:rsidRPr="00E41528">
        <w:rPr>
          <w:lang w:val="ru-RU"/>
        </w:rPr>
        <w:t>9.3. После расторжения Договора по любому из оснований Заказчик обязан вывезти товар со склада Исполнителя в срок не позднее 30 (тридцати) календарных дней с даты расторжения. При этом Заказчик обязан возместить расходы Исполнителя по хранению товара Заказчика за фактический срок хранения указанного товара до даты вывоза его со склада, а также расходы по комплектации товара для вывоза со склада.</w:t>
      </w:r>
    </w:p>
    <w:p w14:paraId="3A68A438" w14:textId="727095AF" w:rsidR="00CE736B" w:rsidRPr="00E41528" w:rsidRDefault="00FD478B">
      <w:pPr>
        <w:spacing w:after="80"/>
        <w:rPr>
          <w:color w:val="000000"/>
          <w:lang w:val="ru-RU"/>
        </w:rPr>
      </w:pPr>
      <w:r w:rsidRPr="00E41528">
        <w:rPr>
          <w:b/>
          <w:color w:val="000000"/>
          <w:sz w:val="26"/>
          <w:lang w:val="ru-RU"/>
        </w:rPr>
        <w:t>10. КОНФИДЕНЦИАЛЬНОСТЬ</w:t>
      </w:r>
    </w:p>
    <w:p w14:paraId="0B0542E6" w14:textId="77777777" w:rsidR="00CE736B" w:rsidRPr="00E41528" w:rsidRDefault="00CE736B" w:rsidP="00CE736B">
      <w:pPr>
        <w:spacing w:after="80"/>
        <w:rPr>
          <w:lang w:val="ru-RU"/>
        </w:rPr>
      </w:pPr>
      <w:r w:rsidRPr="00E41528">
        <w:rPr>
          <w:lang w:val="ru-RU"/>
        </w:rPr>
        <w:t>10.1.</w:t>
      </w:r>
      <w:r w:rsidRPr="00E41528">
        <w:rPr>
          <w:lang w:val="ru-RU"/>
        </w:rPr>
        <w:tab/>
        <w:t>Стороны соглашаются, что любая информация, переданная Стороной другой Стороне в процессе заключения, исполнения или прекращения Договора является конфиденциальной за исключением случаев, предусмотренных законодательством РФ.</w:t>
      </w:r>
    </w:p>
    <w:p w14:paraId="12C6208B" w14:textId="63E41957" w:rsidR="00CE736B" w:rsidRPr="00E41528" w:rsidRDefault="00CE736B" w:rsidP="00CE736B">
      <w:pPr>
        <w:spacing w:after="80"/>
        <w:rPr>
          <w:lang w:val="ru-RU"/>
        </w:rPr>
      </w:pPr>
      <w:r w:rsidRPr="00E41528">
        <w:rPr>
          <w:lang w:val="ru-RU"/>
        </w:rPr>
        <w:t>10.2.</w:t>
      </w:r>
      <w:r w:rsidRPr="00E41528">
        <w:rPr>
          <w:lang w:val="ru-RU"/>
        </w:rPr>
        <w:tab/>
        <w:t>Любое предоставление или разглашение информации, являющейся согласно Договору конфиденциальной, является нарушением и влечет ответственность согласно законодательству РФ.</w:t>
      </w:r>
    </w:p>
    <w:p w14:paraId="495C0136" w14:textId="71089133" w:rsidR="00CE736B" w:rsidRPr="00E41528" w:rsidRDefault="00FD478B">
      <w:pPr>
        <w:spacing w:after="80"/>
        <w:rPr>
          <w:b/>
          <w:bCs/>
          <w:color w:val="000000"/>
          <w:lang w:val="ru-RU"/>
        </w:rPr>
      </w:pPr>
      <w:r w:rsidRPr="00E41528">
        <w:rPr>
          <w:b/>
          <w:bCs/>
          <w:color w:val="000000"/>
          <w:lang w:val="ru-RU"/>
        </w:rPr>
        <w:t>11. ЗАКЛЮЧИТЕЛЬНЫЕ ПОЛОЖЕНИЯ</w:t>
      </w:r>
    </w:p>
    <w:p w14:paraId="5DD79C06" w14:textId="415A609D" w:rsidR="00CE736B" w:rsidRPr="00E41528" w:rsidRDefault="00CE736B" w:rsidP="00CE736B">
      <w:pPr>
        <w:spacing w:after="80"/>
        <w:rPr>
          <w:lang w:val="ru-RU"/>
        </w:rPr>
      </w:pPr>
      <w:r w:rsidRPr="00E41528">
        <w:rPr>
          <w:lang w:val="ru-RU"/>
        </w:rPr>
        <w:t>1</w:t>
      </w:r>
      <w:r w:rsidR="00FD478B" w:rsidRPr="00E41528">
        <w:rPr>
          <w:lang w:val="ru-RU"/>
        </w:rPr>
        <w:t>1</w:t>
      </w:r>
      <w:r w:rsidRPr="00E41528">
        <w:rPr>
          <w:lang w:val="ru-RU"/>
        </w:rPr>
        <w:t>.1. Договор составлен в двух экземплярах, имеющих равную юридическую силу, по одному для каждой из Сторон.</w:t>
      </w:r>
    </w:p>
    <w:p w14:paraId="33898100" w14:textId="08A28A38" w:rsidR="00CE736B" w:rsidRPr="00E41528" w:rsidRDefault="00CE736B" w:rsidP="00CE736B">
      <w:pPr>
        <w:spacing w:after="80"/>
        <w:rPr>
          <w:lang w:val="ru-RU"/>
        </w:rPr>
      </w:pPr>
      <w:r w:rsidRPr="00E41528">
        <w:rPr>
          <w:lang w:val="ru-RU"/>
        </w:rPr>
        <w:t>1</w:t>
      </w:r>
      <w:r w:rsidR="00FD478B" w:rsidRPr="00E41528">
        <w:rPr>
          <w:lang w:val="ru-RU"/>
        </w:rPr>
        <w:t>1</w:t>
      </w:r>
      <w:r w:rsidRPr="00E41528">
        <w:rPr>
          <w:lang w:val="ru-RU"/>
        </w:rPr>
        <w:t>.2. Все изменения и дополнения к Договору должны быть совершены в письменной форме и подписаны обеими Сторонами.</w:t>
      </w:r>
    </w:p>
    <w:p w14:paraId="3D26A947" w14:textId="52D6A6E8" w:rsidR="00CE736B" w:rsidRPr="00E41528" w:rsidRDefault="00CE736B" w:rsidP="00CE736B">
      <w:pPr>
        <w:spacing w:after="80"/>
        <w:rPr>
          <w:lang w:val="ru-RU"/>
        </w:rPr>
      </w:pPr>
      <w:r w:rsidRPr="00E41528">
        <w:rPr>
          <w:lang w:val="ru-RU"/>
        </w:rPr>
        <w:lastRenderedPageBreak/>
        <w:t>1</w:t>
      </w:r>
      <w:r w:rsidR="00FD478B" w:rsidRPr="00E41528">
        <w:rPr>
          <w:lang w:val="ru-RU"/>
        </w:rPr>
        <w:t>1</w:t>
      </w:r>
      <w:r w:rsidRPr="00E41528">
        <w:rPr>
          <w:lang w:val="ru-RU"/>
        </w:rPr>
        <w:t>.3. Направление Стороной юридически значимых документов возможно любым способом, позволяющим установить, что документ исходит от Стороны, в том числе с помощью систем электронного документооборота (ЭДО).</w:t>
      </w:r>
    </w:p>
    <w:p w14:paraId="537984AA" w14:textId="69F3B26A" w:rsidR="00CE736B" w:rsidRPr="00E41528" w:rsidRDefault="00CE736B" w:rsidP="00CE736B">
      <w:pPr>
        <w:spacing w:after="80"/>
        <w:rPr>
          <w:lang w:val="ru-RU"/>
        </w:rPr>
      </w:pPr>
      <w:r w:rsidRPr="00E41528">
        <w:rPr>
          <w:lang w:val="ru-RU"/>
        </w:rPr>
        <w:t>1</w:t>
      </w:r>
      <w:r w:rsidR="00FD478B" w:rsidRPr="00E41528">
        <w:rPr>
          <w:lang w:val="ru-RU"/>
        </w:rPr>
        <w:t>1</w:t>
      </w:r>
      <w:r w:rsidRPr="00E41528">
        <w:rPr>
          <w:lang w:val="ru-RU"/>
        </w:rPr>
        <w:t>.4. Стороны обязуются незамедлительно извещать друг друга о смене реквизитов.</w:t>
      </w:r>
    </w:p>
    <w:p w14:paraId="71A23AF9" w14:textId="1EA1EC34" w:rsidR="00B561CA" w:rsidRPr="00E41528" w:rsidRDefault="007F4A74">
      <w:pPr>
        <w:spacing w:before="180" w:after="100"/>
        <w:rPr>
          <w:lang w:val="ru-RU"/>
        </w:rPr>
      </w:pPr>
      <w:r w:rsidRPr="00E41528">
        <w:rPr>
          <w:b/>
          <w:color w:val="000000"/>
          <w:sz w:val="26"/>
          <w:lang w:val="ru-RU"/>
        </w:rPr>
        <w:t>ИСПОЛНИТЕЛ</w:t>
      </w:r>
      <w:r w:rsidR="00CE736B" w:rsidRPr="00E41528">
        <w:rPr>
          <w:b/>
          <w:color w:val="000000"/>
          <w:sz w:val="26"/>
          <w:lang w:val="ru-RU"/>
        </w:rPr>
        <w:t>Ь:</w:t>
      </w:r>
    </w:p>
    <w:p w14:paraId="77BD5A44" w14:textId="77777777" w:rsidR="00B561CA" w:rsidRPr="00E41528" w:rsidRDefault="007F4A74">
      <w:pPr>
        <w:spacing w:after="80"/>
        <w:rPr>
          <w:lang w:val="ru-RU"/>
        </w:rPr>
      </w:pPr>
      <w:r w:rsidRPr="00E41528">
        <w:rPr>
          <w:color w:val="000000"/>
          <w:lang w:val="ru-RU"/>
        </w:rPr>
        <w:t>ИП Порцева Екатерина Алексеевна</w:t>
      </w:r>
    </w:p>
    <w:p w14:paraId="363CCDA0" w14:textId="77777777" w:rsidR="00B561CA" w:rsidRPr="00E41528" w:rsidRDefault="007F4A74">
      <w:pPr>
        <w:spacing w:after="80"/>
        <w:rPr>
          <w:lang w:val="ru-RU"/>
        </w:rPr>
      </w:pPr>
      <w:r w:rsidRPr="00E41528">
        <w:rPr>
          <w:color w:val="000000"/>
          <w:lang w:val="ru-RU"/>
        </w:rPr>
        <w:t>ИНН: 665812196135</w:t>
      </w:r>
    </w:p>
    <w:p w14:paraId="55A954C1" w14:textId="77777777" w:rsidR="00B561CA" w:rsidRPr="00E41528" w:rsidRDefault="007F4A74">
      <w:pPr>
        <w:spacing w:after="80"/>
        <w:rPr>
          <w:lang w:val="ru-RU"/>
        </w:rPr>
      </w:pPr>
      <w:r w:rsidRPr="00E41528">
        <w:rPr>
          <w:color w:val="000000"/>
          <w:lang w:val="ru-RU"/>
        </w:rPr>
        <w:t>ОГРНИП: 324665800024272</w:t>
      </w:r>
    </w:p>
    <w:p w14:paraId="5C2563F3" w14:textId="77777777" w:rsidR="00B561CA" w:rsidRPr="00E41528" w:rsidRDefault="007F4A74">
      <w:pPr>
        <w:spacing w:after="80"/>
        <w:rPr>
          <w:lang w:val="ru-RU"/>
        </w:rPr>
      </w:pPr>
      <w:r w:rsidRPr="00E41528">
        <w:rPr>
          <w:color w:val="000000"/>
          <w:lang w:val="ru-RU"/>
        </w:rPr>
        <w:t>Расчетный счет: 40802810720000226733</w:t>
      </w:r>
    </w:p>
    <w:p w14:paraId="21785A70" w14:textId="77777777" w:rsidR="00B561CA" w:rsidRPr="00E41528" w:rsidRDefault="007F4A74">
      <w:pPr>
        <w:spacing w:after="80"/>
        <w:rPr>
          <w:lang w:val="ru-RU"/>
        </w:rPr>
      </w:pPr>
      <w:r w:rsidRPr="00E41528">
        <w:rPr>
          <w:color w:val="000000"/>
          <w:lang w:val="ru-RU"/>
        </w:rPr>
        <w:t>Банк: ООО «Банк Точка»</w:t>
      </w:r>
    </w:p>
    <w:p w14:paraId="21324984" w14:textId="77777777" w:rsidR="00B561CA" w:rsidRPr="00E41528" w:rsidRDefault="007F4A74">
      <w:pPr>
        <w:spacing w:after="80"/>
        <w:rPr>
          <w:lang w:val="ru-RU"/>
        </w:rPr>
      </w:pPr>
      <w:r w:rsidRPr="00E41528">
        <w:rPr>
          <w:color w:val="000000"/>
          <w:lang w:val="ru-RU"/>
        </w:rPr>
        <w:t>Корреспондентский счет: 30101810745374525104</w:t>
      </w:r>
    </w:p>
    <w:p w14:paraId="213B03BA" w14:textId="77777777" w:rsidR="00B561CA" w:rsidRPr="00E41528" w:rsidRDefault="007F4A74">
      <w:pPr>
        <w:spacing w:after="80"/>
        <w:rPr>
          <w:lang w:val="ru-RU"/>
        </w:rPr>
      </w:pPr>
      <w:r w:rsidRPr="00E41528">
        <w:rPr>
          <w:color w:val="000000"/>
          <w:lang w:val="ru-RU"/>
        </w:rPr>
        <w:t>БИК: 044525104</w:t>
      </w:r>
    </w:p>
    <w:p w14:paraId="700AC7F1" w14:textId="77777777" w:rsidR="00B561CA" w:rsidRPr="00E41528" w:rsidRDefault="007F4A74">
      <w:pPr>
        <w:spacing w:after="80"/>
        <w:rPr>
          <w:lang w:val="ru-RU"/>
        </w:rPr>
      </w:pPr>
      <w:r w:rsidRPr="00E41528">
        <w:rPr>
          <w:color w:val="000000"/>
          <w:lang w:val="ru-RU"/>
        </w:rPr>
        <w:t>Адрес склада: г. Екатеринбург, ул. Альпинистов, д. 85</w:t>
      </w:r>
    </w:p>
    <w:p w14:paraId="68A54C6E" w14:textId="4702C4CD" w:rsidR="00B561CA" w:rsidRPr="00E41528" w:rsidRDefault="007F4A74">
      <w:pPr>
        <w:spacing w:after="80"/>
        <w:rPr>
          <w:color w:val="000000"/>
          <w:lang w:val="ru-RU"/>
        </w:rPr>
      </w:pPr>
      <w:r w:rsidRPr="00E41528">
        <w:rPr>
          <w:color w:val="000000"/>
          <w:lang w:val="ru-RU"/>
        </w:rPr>
        <w:t xml:space="preserve">Сайт Оферты: </w:t>
      </w:r>
      <w:hyperlink r:id="rId13" w:history="1">
        <w:r w:rsidR="000B62FC" w:rsidRPr="00F40C38">
          <w:rPr>
            <w:rStyle w:val="aff8"/>
          </w:rPr>
          <w:t>https</w:t>
        </w:r>
        <w:r w:rsidR="000B62FC" w:rsidRPr="00F40C38">
          <w:rPr>
            <w:rStyle w:val="aff8"/>
            <w:lang w:val="ru-RU"/>
          </w:rPr>
          <w:t>://</w:t>
        </w:r>
        <w:r w:rsidR="000B62FC" w:rsidRPr="00F40C38">
          <w:rPr>
            <w:rStyle w:val="aff8"/>
          </w:rPr>
          <w:t>offpost</w:t>
        </w:r>
        <w:r w:rsidR="000B62FC" w:rsidRPr="00F40C38">
          <w:rPr>
            <w:rStyle w:val="aff8"/>
            <w:lang w:val="ru-RU"/>
          </w:rPr>
          <w:t>.</w:t>
        </w:r>
        <w:r w:rsidR="000B62FC" w:rsidRPr="00F40C38">
          <w:rPr>
            <w:rStyle w:val="aff8"/>
          </w:rPr>
          <w:t>ru</w:t>
        </w:r>
        <w:r w:rsidR="000B62FC" w:rsidRPr="000B62FC">
          <w:rPr>
            <w:rStyle w:val="aff8"/>
            <w:lang w:val="ru-RU"/>
          </w:rPr>
          <w:t>/</w:t>
        </w:r>
      </w:hyperlink>
    </w:p>
    <w:p w14:paraId="28A4B990" w14:textId="32423500" w:rsidR="00CE736B" w:rsidRPr="000B62FC" w:rsidRDefault="00CE736B">
      <w:pPr>
        <w:spacing w:after="80"/>
      </w:pPr>
      <w:r w:rsidRPr="00E41528">
        <w:rPr>
          <w:lang w:val="ru-RU"/>
        </w:rPr>
        <w:t>Электронная почта: ff@</w:t>
      </w:r>
      <w:r w:rsidR="000B62FC">
        <w:t>offpost.ru</w:t>
      </w:r>
    </w:p>
    <w:sectPr w:rsidR="00CE736B" w:rsidRPr="000B62FC" w:rsidSect="00FC0452">
      <w:pgSz w:w="12240" w:h="15840"/>
      <w:pgMar w:top="900" w:right="1041" w:bottom="900" w:left="11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14384A" w14:textId="77777777" w:rsidR="00EF31B7" w:rsidRDefault="00EF31B7" w:rsidP="004546F6">
      <w:pPr>
        <w:spacing w:after="0" w:line="240" w:lineRule="auto"/>
      </w:pPr>
      <w:r>
        <w:separator/>
      </w:r>
    </w:p>
  </w:endnote>
  <w:endnote w:type="continuationSeparator" w:id="0">
    <w:p w14:paraId="07DEAA7E" w14:textId="77777777" w:rsidR="00EF31B7" w:rsidRDefault="00EF31B7" w:rsidP="004546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ECE4E3" w14:textId="77777777" w:rsidR="00EF31B7" w:rsidRDefault="00EF31B7" w:rsidP="004546F6">
      <w:pPr>
        <w:spacing w:after="0" w:line="240" w:lineRule="auto"/>
      </w:pPr>
      <w:r>
        <w:separator/>
      </w:r>
    </w:p>
  </w:footnote>
  <w:footnote w:type="continuationSeparator" w:id="0">
    <w:p w14:paraId="448D39A1" w14:textId="77777777" w:rsidR="00EF31B7" w:rsidRDefault="00EF31B7" w:rsidP="004546F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42213743">
    <w:abstractNumId w:val="8"/>
  </w:num>
  <w:num w:numId="2" w16cid:durableId="890383794">
    <w:abstractNumId w:val="6"/>
  </w:num>
  <w:num w:numId="3" w16cid:durableId="1468666644">
    <w:abstractNumId w:val="5"/>
  </w:num>
  <w:num w:numId="4" w16cid:durableId="23068880">
    <w:abstractNumId w:val="4"/>
  </w:num>
  <w:num w:numId="5" w16cid:durableId="1657301839">
    <w:abstractNumId w:val="7"/>
  </w:num>
  <w:num w:numId="6" w16cid:durableId="2033140685">
    <w:abstractNumId w:val="3"/>
  </w:num>
  <w:num w:numId="7" w16cid:durableId="2049715340">
    <w:abstractNumId w:val="2"/>
  </w:num>
  <w:num w:numId="8" w16cid:durableId="1288007051">
    <w:abstractNumId w:val="1"/>
  </w:num>
  <w:num w:numId="9" w16cid:durableId="15661387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836A2"/>
    <w:rsid w:val="000B62FC"/>
    <w:rsid w:val="000C35EA"/>
    <w:rsid w:val="0015074B"/>
    <w:rsid w:val="00164BE6"/>
    <w:rsid w:val="001A2757"/>
    <w:rsid w:val="001E3ED7"/>
    <w:rsid w:val="001F6AD9"/>
    <w:rsid w:val="00251E9F"/>
    <w:rsid w:val="00292D13"/>
    <w:rsid w:val="0029639D"/>
    <w:rsid w:val="002E3AA6"/>
    <w:rsid w:val="00316921"/>
    <w:rsid w:val="00326F90"/>
    <w:rsid w:val="00401740"/>
    <w:rsid w:val="00442160"/>
    <w:rsid w:val="004546F6"/>
    <w:rsid w:val="00485335"/>
    <w:rsid w:val="004B6BE9"/>
    <w:rsid w:val="004D51B9"/>
    <w:rsid w:val="004E1AE2"/>
    <w:rsid w:val="005371F5"/>
    <w:rsid w:val="005D68D0"/>
    <w:rsid w:val="005F6E49"/>
    <w:rsid w:val="00611154"/>
    <w:rsid w:val="00624526"/>
    <w:rsid w:val="0065039E"/>
    <w:rsid w:val="006C05D7"/>
    <w:rsid w:val="006D4B61"/>
    <w:rsid w:val="007F4A74"/>
    <w:rsid w:val="00807254"/>
    <w:rsid w:val="00893B1E"/>
    <w:rsid w:val="00895774"/>
    <w:rsid w:val="008F62B3"/>
    <w:rsid w:val="00942B43"/>
    <w:rsid w:val="00A37976"/>
    <w:rsid w:val="00A82A2F"/>
    <w:rsid w:val="00A90A0B"/>
    <w:rsid w:val="00AA1D8D"/>
    <w:rsid w:val="00B47730"/>
    <w:rsid w:val="00B561CA"/>
    <w:rsid w:val="00B84D56"/>
    <w:rsid w:val="00C07EFF"/>
    <w:rsid w:val="00CB0664"/>
    <w:rsid w:val="00CB6A6F"/>
    <w:rsid w:val="00CE736B"/>
    <w:rsid w:val="00D26EC7"/>
    <w:rsid w:val="00D77C0A"/>
    <w:rsid w:val="00D94BEE"/>
    <w:rsid w:val="00E00471"/>
    <w:rsid w:val="00E41528"/>
    <w:rsid w:val="00E54582"/>
    <w:rsid w:val="00E5548F"/>
    <w:rsid w:val="00E5595D"/>
    <w:rsid w:val="00EF31B7"/>
    <w:rsid w:val="00F14996"/>
    <w:rsid w:val="00F94B2E"/>
    <w:rsid w:val="00FC0452"/>
    <w:rsid w:val="00FC693F"/>
    <w:rsid w:val="00FD47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CF10D02"/>
  <w14:defaultImageDpi w14:val="300"/>
  <w15:docId w15:val="{FCCDA25D-846A-4B18-920E-06DF3433D0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Times New Roman" w:hAnsi="Times New Roman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aff8">
    <w:name w:val="Hyperlink"/>
    <w:basedOn w:val="a2"/>
    <w:uiPriority w:val="99"/>
    <w:unhideWhenUsed/>
    <w:rsid w:val="00CE736B"/>
    <w:rPr>
      <w:color w:val="0000FF" w:themeColor="hyperlink"/>
      <w:u w:val="single"/>
    </w:rPr>
  </w:style>
  <w:style w:type="character" w:styleId="aff9">
    <w:name w:val="Unresolved Mention"/>
    <w:basedOn w:val="a2"/>
    <w:uiPriority w:val="99"/>
    <w:semiHidden/>
    <w:unhideWhenUsed/>
    <w:rsid w:val="00CE736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ffpost.ru/oferta_fullspace_nonds.docx" TargetMode="External"/><Relationship Id="rId13" Type="http://schemas.openxmlformats.org/officeDocument/2006/relationships/hyperlink" Target="https://offpost.ru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offpost.ru/price-fbs-fullspace.xlsx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offpost.ru/price-fbo-fullspace.xlsx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offpost.ru/price-fbs-fullspace.xlsx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offpost.ru/price-fbo-fullspace.xlsx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8</Pages>
  <Words>3486</Words>
  <Characters>19874</Characters>
  <Application>Microsoft Office Word</Application>
  <DocSecurity>0</DocSecurity>
  <Lines>165</Lines>
  <Paragraphs>46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23314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Николай Поздникин</cp:lastModifiedBy>
  <cp:revision>5</cp:revision>
  <dcterms:created xsi:type="dcterms:W3CDTF">2026-10-14T09:38:00Z</dcterms:created>
  <dcterms:modified xsi:type="dcterms:W3CDTF">2026-10-27T12:52:00Z</dcterms:modified>
  <cp:category/>
</cp:coreProperties>
</file>